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32"/>
        </w:rPr>
        <w:t>Wareneingangskontrolle</w:t>
      </w:r>
    </w:p>
    <w:p>
      <w:r>
        <w:rPr>
          <w:b w:val="0"/>
          <w:color w:val="6B7280"/>
          <w:sz w:val="20"/>
        </w:rPr>
        <w:t>Prüfung jeder Lebensmittellieferung: Temperatur, Verpackung, Haltbarkeit, Menge, nach HACCP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6557"/>
        <w:gridCol w:w="2914"/>
        <w:gridCol w:w="5100"/>
      </w:tblGrid>
      <w:tr>
        <w:trPr>
          <w:trHeight w:val="454" w:hRule="atLeast"/>
        </w:trPr>
        <w:tc>
          <w:tcPr>
            <w:tcW w:type="dxa" w:w="6557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Betrieb</w:t>
            </w:r>
          </w:p>
        </w:tc>
        <w:tc>
          <w:tcPr>
            <w:tcW w:type="dxa" w:w="2914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Monat / Jahr</w:t>
            </w:r>
          </w:p>
        </w:tc>
        <w:tc>
          <w:tcPr>
            <w:tcW w:type="dxa" w:w="5100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Verantwortlich</w:t>
            </w:r>
          </w:p>
        </w:tc>
      </w:tr>
    </w:tbl>
    <w:p>
      <w:pPr>
        <w:spacing w:after="0" w:line="80" w:lineRule="exact"/>
      </w:pPr>
      <w:r>
        <w:rPr>
          <w:sz w:val="8"/>
        </w:rPr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020"/>
        <w:gridCol w:w="874"/>
        <w:gridCol w:w="1894"/>
        <w:gridCol w:w="2040"/>
        <w:gridCol w:w="1311"/>
        <w:gridCol w:w="874"/>
        <w:gridCol w:w="1166"/>
        <w:gridCol w:w="1166"/>
        <w:gridCol w:w="1020"/>
        <w:gridCol w:w="1166"/>
        <w:gridCol w:w="1457"/>
        <w:gridCol w:w="583"/>
      </w:tblGrid>
      <w:tr>
        <w:trPr>
          <w:trHeight w:val="397" w:hRule="atLeast"/>
        </w:trPr>
        <w:tc>
          <w:tcPr>
            <w:tcW w:type="dxa" w:w="1020"/>
            <w:shd w:val="clear" w:color="auto" w:fill="F3F4F6"/>
          </w:tcPr>
          <w:p>
            <w:pPr>
              <w:spacing w:after="0"/>
            </w:pPr>
            <w:r>
              <w:rPr>
                <w:b/>
                <w:sz w:val="16"/>
              </w:rPr>
              <w:t>Datum</w:t>
            </w:r>
          </w:p>
        </w:tc>
        <w:tc>
          <w:tcPr>
            <w:tcW w:type="dxa" w:w="874"/>
            <w:shd w:val="clear" w:color="auto" w:fill="F3F4F6"/>
          </w:tcPr>
          <w:p>
            <w:pPr>
              <w:spacing w:after="0"/>
            </w:pPr>
            <w:r>
              <w:rPr>
                <w:b/>
                <w:sz w:val="16"/>
              </w:rPr>
              <w:t>Uhrzeit</w:t>
            </w:r>
          </w:p>
        </w:tc>
        <w:tc>
          <w:tcPr>
            <w:tcW w:type="dxa" w:w="1894"/>
            <w:shd w:val="clear" w:color="auto" w:fill="F3F4F6"/>
          </w:tcPr>
          <w:p>
            <w:pPr>
              <w:spacing w:after="0"/>
            </w:pPr>
            <w:r>
              <w:rPr>
                <w:b/>
                <w:sz w:val="16"/>
              </w:rPr>
              <w:t>Lieferant</w:t>
            </w:r>
          </w:p>
        </w:tc>
        <w:tc>
          <w:tcPr>
            <w:tcW w:type="dxa" w:w="2040"/>
            <w:shd w:val="clear" w:color="auto" w:fill="F3F4F6"/>
          </w:tcPr>
          <w:p>
            <w:pPr>
              <w:spacing w:after="0"/>
            </w:pPr>
            <w:r>
              <w:rPr>
                <w:b/>
                <w:sz w:val="16"/>
              </w:rPr>
              <w:t>Ware</w:t>
            </w:r>
          </w:p>
        </w:tc>
        <w:tc>
          <w:tcPr>
            <w:tcW w:type="dxa" w:w="1311"/>
            <w:shd w:val="clear" w:color="auto" w:fill="F3F4F6"/>
          </w:tcPr>
          <w:p>
            <w:pPr>
              <w:spacing w:after="0"/>
            </w:pPr>
            <w:r>
              <w:rPr>
                <w:b/>
                <w:sz w:val="16"/>
              </w:rPr>
              <w:t>Lieferschein</w:t>
            </w:r>
          </w:p>
        </w:tc>
        <w:tc>
          <w:tcPr>
            <w:tcW w:type="dxa" w:w="874"/>
            <w:shd w:val="clear" w:color="auto" w:fill="F3F4F6"/>
          </w:tcPr>
          <w:p>
            <w:pPr>
              <w:spacing w:after="0"/>
            </w:pPr>
            <w:r>
              <w:rPr>
                <w:b/>
                <w:sz w:val="16"/>
              </w:rPr>
              <w:t>Temp. °C</w:t>
            </w:r>
          </w:p>
        </w:tc>
        <w:tc>
          <w:tcPr>
            <w:tcW w:type="dxa" w:w="1166"/>
            <w:shd w:val="clear" w:color="auto" w:fill="F3F4F6"/>
          </w:tcPr>
          <w:p>
            <w:pPr>
              <w:spacing w:after="0"/>
            </w:pPr>
            <w:r>
              <w:rPr>
                <w:b/>
                <w:sz w:val="16"/>
              </w:rPr>
              <w:t>Verpackung</w:t>
            </w:r>
          </w:p>
        </w:tc>
        <w:tc>
          <w:tcPr>
            <w:tcW w:type="dxa" w:w="1166"/>
            <w:shd w:val="clear" w:color="auto" w:fill="F3F4F6"/>
          </w:tcPr>
          <w:p>
            <w:pPr>
              <w:spacing w:after="0"/>
            </w:pPr>
            <w:r>
              <w:rPr>
                <w:b/>
                <w:sz w:val="16"/>
              </w:rPr>
              <w:t>MHD</w:t>
            </w:r>
          </w:p>
        </w:tc>
        <w:tc>
          <w:tcPr>
            <w:tcW w:type="dxa" w:w="1020"/>
            <w:shd w:val="clear" w:color="auto" w:fill="F3F4F6"/>
          </w:tcPr>
          <w:p>
            <w:pPr>
              <w:spacing w:after="0"/>
            </w:pPr>
            <w:r>
              <w:rPr>
                <w:b/>
                <w:sz w:val="16"/>
              </w:rPr>
              <w:t>Menge</w:t>
            </w:r>
          </w:p>
        </w:tc>
        <w:tc>
          <w:tcPr>
            <w:tcW w:type="dxa" w:w="1166"/>
            <w:shd w:val="clear" w:color="auto" w:fill="F3F4F6"/>
          </w:tcPr>
          <w:p>
            <w:pPr>
              <w:spacing w:after="0"/>
            </w:pPr>
            <w:r>
              <w:rPr>
                <w:b/>
                <w:sz w:val="16"/>
              </w:rPr>
              <w:t>Annahme</w:t>
            </w:r>
          </w:p>
        </w:tc>
        <w:tc>
          <w:tcPr>
            <w:tcW w:type="dxa" w:w="1457"/>
            <w:shd w:val="clear" w:color="auto" w:fill="F3F4F6"/>
          </w:tcPr>
          <w:p>
            <w:pPr>
              <w:spacing w:after="0"/>
            </w:pPr>
            <w:r>
              <w:rPr>
                <w:b/>
                <w:sz w:val="16"/>
              </w:rPr>
              <w:t>Maßnahme</w:t>
            </w:r>
          </w:p>
        </w:tc>
        <w:tc>
          <w:tcPr>
            <w:tcW w:type="dxa" w:w="583"/>
            <w:shd w:val="clear" w:color="auto" w:fill="F3F4F6"/>
          </w:tcPr>
          <w:p>
            <w:pPr>
              <w:spacing w:after="0"/>
            </w:pPr>
            <w:r>
              <w:rPr>
                <w:b/>
                <w:sz w:val="16"/>
              </w:rPr>
              <w:t>Kürzel</w:t>
            </w:r>
          </w:p>
        </w:tc>
      </w:tr>
      <w:tr>
        <w:trPr>
          <w:trHeight w:val="397" w:hRule="atLeast"/>
        </w:trPr>
        <w:tc>
          <w:tcPr>
            <w:tcW w:type="dxa" w:w="1020"/>
          </w:tcPr>
          <w:p>
            <w:pPr>
              <w:spacing w:after="0"/>
            </w:pPr>
          </w:p>
        </w:tc>
        <w:tc>
          <w:tcPr>
            <w:tcW w:type="dxa" w:w="874"/>
          </w:tcPr>
          <w:p>
            <w:pPr>
              <w:spacing w:after="0"/>
            </w:pPr>
          </w:p>
        </w:tc>
        <w:tc>
          <w:tcPr>
            <w:tcW w:type="dxa" w:w="1894"/>
          </w:tcPr>
          <w:p>
            <w:pPr>
              <w:spacing w:after="0"/>
            </w:pPr>
          </w:p>
        </w:tc>
        <w:tc>
          <w:tcPr>
            <w:tcW w:type="dxa" w:w="2040"/>
          </w:tcPr>
          <w:p>
            <w:pPr>
              <w:spacing w:after="0"/>
            </w:pPr>
          </w:p>
        </w:tc>
        <w:tc>
          <w:tcPr>
            <w:tcW w:type="dxa" w:w="1311"/>
          </w:tcPr>
          <w:p>
            <w:pPr>
              <w:spacing w:after="0"/>
            </w:pPr>
          </w:p>
        </w:tc>
        <w:tc>
          <w:tcPr>
            <w:tcW w:type="dxa" w:w="874"/>
          </w:tcPr>
          <w:p>
            <w:pPr>
              <w:spacing w:after="0"/>
            </w:pPr>
          </w:p>
        </w:tc>
        <w:tc>
          <w:tcPr>
            <w:tcW w:type="dxa" w:w="1166"/>
          </w:tcPr>
          <w:p>
            <w:pPr>
              <w:spacing w:after="0"/>
            </w:pPr>
          </w:p>
        </w:tc>
        <w:tc>
          <w:tcPr>
            <w:tcW w:type="dxa" w:w="1166"/>
          </w:tcPr>
          <w:p>
            <w:pPr>
              <w:spacing w:after="0"/>
            </w:pPr>
          </w:p>
        </w:tc>
        <w:tc>
          <w:tcPr>
            <w:tcW w:type="dxa" w:w="1020"/>
          </w:tcPr>
          <w:p>
            <w:pPr>
              <w:spacing w:after="0"/>
            </w:pPr>
          </w:p>
        </w:tc>
        <w:tc>
          <w:tcPr>
            <w:tcW w:type="dxa" w:w="1166"/>
          </w:tcPr>
          <w:p>
            <w:pPr>
              <w:spacing w:after="0"/>
            </w:pPr>
          </w:p>
        </w:tc>
        <w:tc>
          <w:tcPr>
            <w:tcW w:type="dxa" w:w="1457"/>
          </w:tcPr>
          <w:p>
            <w:pPr>
              <w:spacing w:after="0"/>
            </w:pPr>
          </w:p>
        </w:tc>
        <w:tc>
          <w:tcPr>
            <w:tcW w:type="dxa" w:w="583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1020"/>
          </w:tcPr>
          <w:p>
            <w:pPr>
              <w:spacing w:after="0"/>
            </w:pPr>
          </w:p>
        </w:tc>
        <w:tc>
          <w:tcPr>
            <w:tcW w:type="dxa" w:w="874"/>
          </w:tcPr>
          <w:p>
            <w:pPr>
              <w:spacing w:after="0"/>
            </w:pPr>
          </w:p>
        </w:tc>
        <w:tc>
          <w:tcPr>
            <w:tcW w:type="dxa" w:w="1894"/>
          </w:tcPr>
          <w:p>
            <w:pPr>
              <w:spacing w:after="0"/>
            </w:pPr>
          </w:p>
        </w:tc>
        <w:tc>
          <w:tcPr>
            <w:tcW w:type="dxa" w:w="2040"/>
          </w:tcPr>
          <w:p>
            <w:pPr>
              <w:spacing w:after="0"/>
            </w:pPr>
          </w:p>
        </w:tc>
        <w:tc>
          <w:tcPr>
            <w:tcW w:type="dxa" w:w="1311"/>
          </w:tcPr>
          <w:p>
            <w:pPr>
              <w:spacing w:after="0"/>
            </w:pPr>
          </w:p>
        </w:tc>
        <w:tc>
          <w:tcPr>
            <w:tcW w:type="dxa" w:w="874"/>
          </w:tcPr>
          <w:p>
            <w:pPr>
              <w:spacing w:after="0"/>
            </w:pPr>
          </w:p>
        </w:tc>
        <w:tc>
          <w:tcPr>
            <w:tcW w:type="dxa" w:w="1166"/>
          </w:tcPr>
          <w:p>
            <w:pPr>
              <w:spacing w:after="0"/>
            </w:pPr>
          </w:p>
        </w:tc>
        <w:tc>
          <w:tcPr>
            <w:tcW w:type="dxa" w:w="1166"/>
          </w:tcPr>
          <w:p>
            <w:pPr>
              <w:spacing w:after="0"/>
            </w:pPr>
          </w:p>
        </w:tc>
        <w:tc>
          <w:tcPr>
            <w:tcW w:type="dxa" w:w="1020"/>
          </w:tcPr>
          <w:p>
            <w:pPr>
              <w:spacing w:after="0"/>
            </w:pPr>
          </w:p>
        </w:tc>
        <w:tc>
          <w:tcPr>
            <w:tcW w:type="dxa" w:w="1166"/>
          </w:tcPr>
          <w:p>
            <w:pPr>
              <w:spacing w:after="0"/>
            </w:pPr>
          </w:p>
        </w:tc>
        <w:tc>
          <w:tcPr>
            <w:tcW w:type="dxa" w:w="1457"/>
          </w:tcPr>
          <w:p>
            <w:pPr>
              <w:spacing w:after="0"/>
            </w:pPr>
          </w:p>
        </w:tc>
        <w:tc>
          <w:tcPr>
            <w:tcW w:type="dxa" w:w="583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1020"/>
          </w:tcPr>
          <w:p>
            <w:pPr>
              <w:spacing w:after="0"/>
            </w:pPr>
          </w:p>
        </w:tc>
        <w:tc>
          <w:tcPr>
            <w:tcW w:type="dxa" w:w="874"/>
          </w:tcPr>
          <w:p>
            <w:pPr>
              <w:spacing w:after="0"/>
            </w:pPr>
          </w:p>
        </w:tc>
        <w:tc>
          <w:tcPr>
            <w:tcW w:type="dxa" w:w="1894"/>
          </w:tcPr>
          <w:p>
            <w:pPr>
              <w:spacing w:after="0"/>
            </w:pPr>
          </w:p>
        </w:tc>
        <w:tc>
          <w:tcPr>
            <w:tcW w:type="dxa" w:w="2040"/>
          </w:tcPr>
          <w:p>
            <w:pPr>
              <w:spacing w:after="0"/>
            </w:pPr>
          </w:p>
        </w:tc>
        <w:tc>
          <w:tcPr>
            <w:tcW w:type="dxa" w:w="1311"/>
          </w:tcPr>
          <w:p>
            <w:pPr>
              <w:spacing w:after="0"/>
            </w:pPr>
          </w:p>
        </w:tc>
        <w:tc>
          <w:tcPr>
            <w:tcW w:type="dxa" w:w="874"/>
          </w:tcPr>
          <w:p>
            <w:pPr>
              <w:spacing w:after="0"/>
            </w:pPr>
          </w:p>
        </w:tc>
        <w:tc>
          <w:tcPr>
            <w:tcW w:type="dxa" w:w="1166"/>
          </w:tcPr>
          <w:p>
            <w:pPr>
              <w:spacing w:after="0"/>
            </w:pPr>
          </w:p>
        </w:tc>
        <w:tc>
          <w:tcPr>
            <w:tcW w:type="dxa" w:w="1166"/>
          </w:tcPr>
          <w:p>
            <w:pPr>
              <w:spacing w:after="0"/>
            </w:pPr>
          </w:p>
        </w:tc>
        <w:tc>
          <w:tcPr>
            <w:tcW w:type="dxa" w:w="1020"/>
          </w:tcPr>
          <w:p>
            <w:pPr>
              <w:spacing w:after="0"/>
            </w:pPr>
          </w:p>
        </w:tc>
        <w:tc>
          <w:tcPr>
            <w:tcW w:type="dxa" w:w="1166"/>
          </w:tcPr>
          <w:p>
            <w:pPr>
              <w:spacing w:after="0"/>
            </w:pPr>
          </w:p>
        </w:tc>
        <w:tc>
          <w:tcPr>
            <w:tcW w:type="dxa" w:w="1457"/>
          </w:tcPr>
          <w:p>
            <w:pPr>
              <w:spacing w:after="0"/>
            </w:pPr>
          </w:p>
        </w:tc>
        <w:tc>
          <w:tcPr>
            <w:tcW w:type="dxa" w:w="583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1020"/>
          </w:tcPr>
          <w:p>
            <w:pPr>
              <w:spacing w:after="0"/>
            </w:pPr>
          </w:p>
        </w:tc>
        <w:tc>
          <w:tcPr>
            <w:tcW w:type="dxa" w:w="874"/>
          </w:tcPr>
          <w:p>
            <w:pPr>
              <w:spacing w:after="0"/>
            </w:pPr>
          </w:p>
        </w:tc>
        <w:tc>
          <w:tcPr>
            <w:tcW w:type="dxa" w:w="1894"/>
          </w:tcPr>
          <w:p>
            <w:pPr>
              <w:spacing w:after="0"/>
            </w:pPr>
          </w:p>
        </w:tc>
        <w:tc>
          <w:tcPr>
            <w:tcW w:type="dxa" w:w="2040"/>
          </w:tcPr>
          <w:p>
            <w:pPr>
              <w:spacing w:after="0"/>
            </w:pPr>
          </w:p>
        </w:tc>
        <w:tc>
          <w:tcPr>
            <w:tcW w:type="dxa" w:w="1311"/>
          </w:tcPr>
          <w:p>
            <w:pPr>
              <w:spacing w:after="0"/>
            </w:pPr>
          </w:p>
        </w:tc>
        <w:tc>
          <w:tcPr>
            <w:tcW w:type="dxa" w:w="874"/>
          </w:tcPr>
          <w:p>
            <w:pPr>
              <w:spacing w:after="0"/>
            </w:pPr>
          </w:p>
        </w:tc>
        <w:tc>
          <w:tcPr>
            <w:tcW w:type="dxa" w:w="1166"/>
          </w:tcPr>
          <w:p>
            <w:pPr>
              <w:spacing w:after="0"/>
            </w:pPr>
          </w:p>
        </w:tc>
        <w:tc>
          <w:tcPr>
            <w:tcW w:type="dxa" w:w="1166"/>
          </w:tcPr>
          <w:p>
            <w:pPr>
              <w:spacing w:after="0"/>
            </w:pPr>
          </w:p>
        </w:tc>
        <w:tc>
          <w:tcPr>
            <w:tcW w:type="dxa" w:w="1020"/>
          </w:tcPr>
          <w:p>
            <w:pPr>
              <w:spacing w:after="0"/>
            </w:pPr>
          </w:p>
        </w:tc>
        <w:tc>
          <w:tcPr>
            <w:tcW w:type="dxa" w:w="1166"/>
          </w:tcPr>
          <w:p>
            <w:pPr>
              <w:spacing w:after="0"/>
            </w:pPr>
          </w:p>
        </w:tc>
        <w:tc>
          <w:tcPr>
            <w:tcW w:type="dxa" w:w="1457"/>
          </w:tcPr>
          <w:p>
            <w:pPr>
              <w:spacing w:after="0"/>
            </w:pPr>
          </w:p>
        </w:tc>
        <w:tc>
          <w:tcPr>
            <w:tcW w:type="dxa" w:w="583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1020"/>
          </w:tcPr>
          <w:p>
            <w:pPr>
              <w:spacing w:after="0"/>
            </w:pPr>
          </w:p>
        </w:tc>
        <w:tc>
          <w:tcPr>
            <w:tcW w:type="dxa" w:w="874"/>
          </w:tcPr>
          <w:p>
            <w:pPr>
              <w:spacing w:after="0"/>
            </w:pPr>
          </w:p>
        </w:tc>
        <w:tc>
          <w:tcPr>
            <w:tcW w:type="dxa" w:w="1894"/>
          </w:tcPr>
          <w:p>
            <w:pPr>
              <w:spacing w:after="0"/>
            </w:pPr>
          </w:p>
        </w:tc>
        <w:tc>
          <w:tcPr>
            <w:tcW w:type="dxa" w:w="2040"/>
          </w:tcPr>
          <w:p>
            <w:pPr>
              <w:spacing w:after="0"/>
            </w:pPr>
          </w:p>
        </w:tc>
        <w:tc>
          <w:tcPr>
            <w:tcW w:type="dxa" w:w="1311"/>
          </w:tcPr>
          <w:p>
            <w:pPr>
              <w:spacing w:after="0"/>
            </w:pPr>
          </w:p>
        </w:tc>
        <w:tc>
          <w:tcPr>
            <w:tcW w:type="dxa" w:w="874"/>
          </w:tcPr>
          <w:p>
            <w:pPr>
              <w:spacing w:after="0"/>
            </w:pPr>
          </w:p>
        </w:tc>
        <w:tc>
          <w:tcPr>
            <w:tcW w:type="dxa" w:w="1166"/>
          </w:tcPr>
          <w:p>
            <w:pPr>
              <w:spacing w:after="0"/>
            </w:pPr>
          </w:p>
        </w:tc>
        <w:tc>
          <w:tcPr>
            <w:tcW w:type="dxa" w:w="1166"/>
          </w:tcPr>
          <w:p>
            <w:pPr>
              <w:spacing w:after="0"/>
            </w:pPr>
          </w:p>
        </w:tc>
        <w:tc>
          <w:tcPr>
            <w:tcW w:type="dxa" w:w="1020"/>
          </w:tcPr>
          <w:p>
            <w:pPr>
              <w:spacing w:after="0"/>
            </w:pPr>
          </w:p>
        </w:tc>
        <w:tc>
          <w:tcPr>
            <w:tcW w:type="dxa" w:w="1166"/>
          </w:tcPr>
          <w:p>
            <w:pPr>
              <w:spacing w:after="0"/>
            </w:pPr>
          </w:p>
        </w:tc>
        <w:tc>
          <w:tcPr>
            <w:tcW w:type="dxa" w:w="1457"/>
          </w:tcPr>
          <w:p>
            <w:pPr>
              <w:spacing w:after="0"/>
            </w:pPr>
          </w:p>
        </w:tc>
        <w:tc>
          <w:tcPr>
            <w:tcW w:type="dxa" w:w="583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1020"/>
          </w:tcPr>
          <w:p>
            <w:pPr>
              <w:spacing w:after="0"/>
            </w:pPr>
          </w:p>
        </w:tc>
        <w:tc>
          <w:tcPr>
            <w:tcW w:type="dxa" w:w="874"/>
          </w:tcPr>
          <w:p>
            <w:pPr>
              <w:spacing w:after="0"/>
            </w:pPr>
          </w:p>
        </w:tc>
        <w:tc>
          <w:tcPr>
            <w:tcW w:type="dxa" w:w="1894"/>
          </w:tcPr>
          <w:p>
            <w:pPr>
              <w:spacing w:after="0"/>
            </w:pPr>
          </w:p>
        </w:tc>
        <w:tc>
          <w:tcPr>
            <w:tcW w:type="dxa" w:w="2040"/>
          </w:tcPr>
          <w:p>
            <w:pPr>
              <w:spacing w:after="0"/>
            </w:pPr>
          </w:p>
        </w:tc>
        <w:tc>
          <w:tcPr>
            <w:tcW w:type="dxa" w:w="1311"/>
          </w:tcPr>
          <w:p>
            <w:pPr>
              <w:spacing w:after="0"/>
            </w:pPr>
          </w:p>
        </w:tc>
        <w:tc>
          <w:tcPr>
            <w:tcW w:type="dxa" w:w="874"/>
          </w:tcPr>
          <w:p>
            <w:pPr>
              <w:spacing w:after="0"/>
            </w:pPr>
          </w:p>
        </w:tc>
        <w:tc>
          <w:tcPr>
            <w:tcW w:type="dxa" w:w="1166"/>
          </w:tcPr>
          <w:p>
            <w:pPr>
              <w:spacing w:after="0"/>
            </w:pPr>
          </w:p>
        </w:tc>
        <w:tc>
          <w:tcPr>
            <w:tcW w:type="dxa" w:w="1166"/>
          </w:tcPr>
          <w:p>
            <w:pPr>
              <w:spacing w:after="0"/>
            </w:pPr>
          </w:p>
        </w:tc>
        <w:tc>
          <w:tcPr>
            <w:tcW w:type="dxa" w:w="1020"/>
          </w:tcPr>
          <w:p>
            <w:pPr>
              <w:spacing w:after="0"/>
            </w:pPr>
          </w:p>
        </w:tc>
        <w:tc>
          <w:tcPr>
            <w:tcW w:type="dxa" w:w="1166"/>
          </w:tcPr>
          <w:p>
            <w:pPr>
              <w:spacing w:after="0"/>
            </w:pPr>
          </w:p>
        </w:tc>
        <w:tc>
          <w:tcPr>
            <w:tcW w:type="dxa" w:w="1457"/>
          </w:tcPr>
          <w:p>
            <w:pPr>
              <w:spacing w:after="0"/>
            </w:pPr>
          </w:p>
        </w:tc>
        <w:tc>
          <w:tcPr>
            <w:tcW w:type="dxa" w:w="583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1020"/>
          </w:tcPr>
          <w:p>
            <w:pPr>
              <w:spacing w:after="0"/>
            </w:pPr>
          </w:p>
        </w:tc>
        <w:tc>
          <w:tcPr>
            <w:tcW w:type="dxa" w:w="874"/>
          </w:tcPr>
          <w:p>
            <w:pPr>
              <w:spacing w:after="0"/>
            </w:pPr>
          </w:p>
        </w:tc>
        <w:tc>
          <w:tcPr>
            <w:tcW w:type="dxa" w:w="1894"/>
          </w:tcPr>
          <w:p>
            <w:pPr>
              <w:spacing w:after="0"/>
            </w:pPr>
          </w:p>
        </w:tc>
        <w:tc>
          <w:tcPr>
            <w:tcW w:type="dxa" w:w="2040"/>
          </w:tcPr>
          <w:p>
            <w:pPr>
              <w:spacing w:after="0"/>
            </w:pPr>
          </w:p>
        </w:tc>
        <w:tc>
          <w:tcPr>
            <w:tcW w:type="dxa" w:w="1311"/>
          </w:tcPr>
          <w:p>
            <w:pPr>
              <w:spacing w:after="0"/>
            </w:pPr>
          </w:p>
        </w:tc>
        <w:tc>
          <w:tcPr>
            <w:tcW w:type="dxa" w:w="874"/>
          </w:tcPr>
          <w:p>
            <w:pPr>
              <w:spacing w:after="0"/>
            </w:pPr>
          </w:p>
        </w:tc>
        <w:tc>
          <w:tcPr>
            <w:tcW w:type="dxa" w:w="1166"/>
          </w:tcPr>
          <w:p>
            <w:pPr>
              <w:spacing w:after="0"/>
            </w:pPr>
          </w:p>
        </w:tc>
        <w:tc>
          <w:tcPr>
            <w:tcW w:type="dxa" w:w="1166"/>
          </w:tcPr>
          <w:p>
            <w:pPr>
              <w:spacing w:after="0"/>
            </w:pPr>
          </w:p>
        </w:tc>
        <w:tc>
          <w:tcPr>
            <w:tcW w:type="dxa" w:w="1020"/>
          </w:tcPr>
          <w:p>
            <w:pPr>
              <w:spacing w:after="0"/>
            </w:pPr>
          </w:p>
        </w:tc>
        <w:tc>
          <w:tcPr>
            <w:tcW w:type="dxa" w:w="1166"/>
          </w:tcPr>
          <w:p>
            <w:pPr>
              <w:spacing w:after="0"/>
            </w:pPr>
          </w:p>
        </w:tc>
        <w:tc>
          <w:tcPr>
            <w:tcW w:type="dxa" w:w="1457"/>
          </w:tcPr>
          <w:p>
            <w:pPr>
              <w:spacing w:after="0"/>
            </w:pPr>
          </w:p>
        </w:tc>
        <w:tc>
          <w:tcPr>
            <w:tcW w:type="dxa" w:w="583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1020"/>
          </w:tcPr>
          <w:p>
            <w:pPr>
              <w:spacing w:after="0"/>
            </w:pPr>
          </w:p>
        </w:tc>
        <w:tc>
          <w:tcPr>
            <w:tcW w:type="dxa" w:w="874"/>
          </w:tcPr>
          <w:p>
            <w:pPr>
              <w:spacing w:after="0"/>
            </w:pPr>
          </w:p>
        </w:tc>
        <w:tc>
          <w:tcPr>
            <w:tcW w:type="dxa" w:w="1894"/>
          </w:tcPr>
          <w:p>
            <w:pPr>
              <w:spacing w:after="0"/>
            </w:pPr>
          </w:p>
        </w:tc>
        <w:tc>
          <w:tcPr>
            <w:tcW w:type="dxa" w:w="2040"/>
          </w:tcPr>
          <w:p>
            <w:pPr>
              <w:spacing w:after="0"/>
            </w:pPr>
          </w:p>
        </w:tc>
        <w:tc>
          <w:tcPr>
            <w:tcW w:type="dxa" w:w="1311"/>
          </w:tcPr>
          <w:p>
            <w:pPr>
              <w:spacing w:after="0"/>
            </w:pPr>
          </w:p>
        </w:tc>
        <w:tc>
          <w:tcPr>
            <w:tcW w:type="dxa" w:w="874"/>
          </w:tcPr>
          <w:p>
            <w:pPr>
              <w:spacing w:after="0"/>
            </w:pPr>
          </w:p>
        </w:tc>
        <w:tc>
          <w:tcPr>
            <w:tcW w:type="dxa" w:w="1166"/>
          </w:tcPr>
          <w:p>
            <w:pPr>
              <w:spacing w:after="0"/>
            </w:pPr>
          </w:p>
        </w:tc>
        <w:tc>
          <w:tcPr>
            <w:tcW w:type="dxa" w:w="1166"/>
          </w:tcPr>
          <w:p>
            <w:pPr>
              <w:spacing w:after="0"/>
            </w:pPr>
          </w:p>
        </w:tc>
        <w:tc>
          <w:tcPr>
            <w:tcW w:type="dxa" w:w="1020"/>
          </w:tcPr>
          <w:p>
            <w:pPr>
              <w:spacing w:after="0"/>
            </w:pPr>
          </w:p>
        </w:tc>
        <w:tc>
          <w:tcPr>
            <w:tcW w:type="dxa" w:w="1166"/>
          </w:tcPr>
          <w:p>
            <w:pPr>
              <w:spacing w:after="0"/>
            </w:pPr>
          </w:p>
        </w:tc>
        <w:tc>
          <w:tcPr>
            <w:tcW w:type="dxa" w:w="1457"/>
          </w:tcPr>
          <w:p>
            <w:pPr>
              <w:spacing w:after="0"/>
            </w:pPr>
          </w:p>
        </w:tc>
        <w:tc>
          <w:tcPr>
            <w:tcW w:type="dxa" w:w="583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1020"/>
          </w:tcPr>
          <w:p>
            <w:pPr>
              <w:spacing w:after="0"/>
            </w:pPr>
          </w:p>
        </w:tc>
        <w:tc>
          <w:tcPr>
            <w:tcW w:type="dxa" w:w="874"/>
          </w:tcPr>
          <w:p>
            <w:pPr>
              <w:spacing w:after="0"/>
            </w:pPr>
          </w:p>
        </w:tc>
        <w:tc>
          <w:tcPr>
            <w:tcW w:type="dxa" w:w="1894"/>
          </w:tcPr>
          <w:p>
            <w:pPr>
              <w:spacing w:after="0"/>
            </w:pPr>
          </w:p>
        </w:tc>
        <w:tc>
          <w:tcPr>
            <w:tcW w:type="dxa" w:w="2040"/>
          </w:tcPr>
          <w:p>
            <w:pPr>
              <w:spacing w:after="0"/>
            </w:pPr>
          </w:p>
        </w:tc>
        <w:tc>
          <w:tcPr>
            <w:tcW w:type="dxa" w:w="1311"/>
          </w:tcPr>
          <w:p>
            <w:pPr>
              <w:spacing w:after="0"/>
            </w:pPr>
          </w:p>
        </w:tc>
        <w:tc>
          <w:tcPr>
            <w:tcW w:type="dxa" w:w="874"/>
          </w:tcPr>
          <w:p>
            <w:pPr>
              <w:spacing w:after="0"/>
            </w:pPr>
          </w:p>
        </w:tc>
        <w:tc>
          <w:tcPr>
            <w:tcW w:type="dxa" w:w="1166"/>
          </w:tcPr>
          <w:p>
            <w:pPr>
              <w:spacing w:after="0"/>
            </w:pPr>
          </w:p>
        </w:tc>
        <w:tc>
          <w:tcPr>
            <w:tcW w:type="dxa" w:w="1166"/>
          </w:tcPr>
          <w:p>
            <w:pPr>
              <w:spacing w:after="0"/>
            </w:pPr>
          </w:p>
        </w:tc>
        <w:tc>
          <w:tcPr>
            <w:tcW w:type="dxa" w:w="1020"/>
          </w:tcPr>
          <w:p>
            <w:pPr>
              <w:spacing w:after="0"/>
            </w:pPr>
          </w:p>
        </w:tc>
        <w:tc>
          <w:tcPr>
            <w:tcW w:type="dxa" w:w="1166"/>
          </w:tcPr>
          <w:p>
            <w:pPr>
              <w:spacing w:after="0"/>
            </w:pPr>
          </w:p>
        </w:tc>
        <w:tc>
          <w:tcPr>
            <w:tcW w:type="dxa" w:w="1457"/>
          </w:tcPr>
          <w:p>
            <w:pPr>
              <w:spacing w:after="0"/>
            </w:pPr>
          </w:p>
        </w:tc>
        <w:tc>
          <w:tcPr>
            <w:tcW w:type="dxa" w:w="583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1020"/>
          </w:tcPr>
          <w:p>
            <w:pPr>
              <w:spacing w:after="0"/>
            </w:pPr>
          </w:p>
        </w:tc>
        <w:tc>
          <w:tcPr>
            <w:tcW w:type="dxa" w:w="874"/>
          </w:tcPr>
          <w:p>
            <w:pPr>
              <w:spacing w:after="0"/>
            </w:pPr>
          </w:p>
        </w:tc>
        <w:tc>
          <w:tcPr>
            <w:tcW w:type="dxa" w:w="1894"/>
          </w:tcPr>
          <w:p>
            <w:pPr>
              <w:spacing w:after="0"/>
            </w:pPr>
          </w:p>
        </w:tc>
        <w:tc>
          <w:tcPr>
            <w:tcW w:type="dxa" w:w="2040"/>
          </w:tcPr>
          <w:p>
            <w:pPr>
              <w:spacing w:after="0"/>
            </w:pPr>
          </w:p>
        </w:tc>
        <w:tc>
          <w:tcPr>
            <w:tcW w:type="dxa" w:w="1311"/>
          </w:tcPr>
          <w:p>
            <w:pPr>
              <w:spacing w:after="0"/>
            </w:pPr>
          </w:p>
        </w:tc>
        <w:tc>
          <w:tcPr>
            <w:tcW w:type="dxa" w:w="874"/>
          </w:tcPr>
          <w:p>
            <w:pPr>
              <w:spacing w:after="0"/>
            </w:pPr>
          </w:p>
        </w:tc>
        <w:tc>
          <w:tcPr>
            <w:tcW w:type="dxa" w:w="1166"/>
          </w:tcPr>
          <w:p>
            <w:pPr>
              <w:spacing w:after="0"/>
            </w:pPr>
          </w:p>
        </w:tc>
        <w:tc>
          <w:tcPr>
            <w:tcW w:type="dxa" w:w="1166"/>
          </w:tcPr>
          <w:p>
            <w:pPr>
              <w:spacing w:after="0"/>
            </w:pPr>
          </w:p>
        </w:tc>
        <w:tc>
          <w:tcPr>
            <w:tcW w:type="dxa" w:w="1020"/>
          </w:tcPr>
          <w:p>
            <w:pPr>
              <w:spacing w:after="0"/>
            </w:pPr>
          </w:p>
        </w:tc>
        <w:tc>
          <w:tcPr>
            <w:tcW w:type="dxa" w:w="1166"/>
          </w:tcPr>
          <w:p>
            <w:pPr>
              <w:spacing w:after="0"/>
            </w:pPr>
          </w:p>
        </w:tc>
        <w:tc>
          <w:tcPr>
            <w:tcW w:type="dxa" w:w="1457"/>
          </w:tcPr>
          <w:p>
            <w:pPr>
              <w:spacing w:after="0"/>
            </w:pPr>
          </w:p>
        </w:tc>
        <w:tc>
          <w:tcPr>
            <w:tcW w:type="dxa" w:w="583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1020"/>
          </w:tcPr>
          <w:p>
            <w:pPr>
              <w:spacing w:after="0"/>
            </w:pPr>
          </w:p>
        </w:tc>
        <w:tc>
          <w:tcPr>
            <w:tcW w:type="dxa" w:w="874"/>
          </w:tcPr>
          <w:p>
            <w:pPr>
              <w:spacing w:after="0"/>
            </w:pPr>
          </w:p>
        </w:tc>
        <w:tc>
          <w:tcPr>
            <w:tcW w:type="dxa" w:w="1894"/>
          </w:tcPr>
          <w:p>
            <w:pPr>
              <w:spacing w:after="0"/>
            </w:pPr>
          </w:p>
        </w:tc>
        <w:tc>
          <w:tcPr>
            <w:tcW w:type="dxa" w:w="2040"/>
          </w:tcPr>
          <w:p>
            <w:pPr>
              <w:spacing w:after="0"/>
            </w:pPr>
          </w:p>
        </w:tc>
        <w:tc>
          <w:tcPr>
            <w:tcW w:type="dxa" w:w="1311"/>
          </w:tcPr>
          <w:p>
            <w:pPr>
              <w:spacing w:after="0"/>
            </w:pPr>
          </w:p>
        </w:tc>
        <w:tc>
          <w:tcPr>
            <w:tcW w:type="dxa" w:w="874"/>
          </w:tcPr>
          <w:p>
            <w:pPr>
              <w:spacing w:after="0"/>
            </w:pPr>
          </w:p>
        </w:tc>
        <w:tc>
          <w:tcPr>
            <w:tcW w:type="dxa" w:w="1166"/>
          </w:tcPr>
          <w:p>
            <w:pPr>
              <w:spacing w:after="0"/>
            </w:pPr>
          </w:p>
        </w:tc>
        <w:tc>
          <w:tcPr>
            <w:tcW w:type="dxa" w:w="1166"/>
          </w:tcPr>
          <w:p>
            <w:pPr>
              <w:spacing w:after="0"/>
            </w:pPr>
          </w:p>
        </w:tc>
        <w:tc>
          <w:tcPr>
            <w:tcW w:type="dxa" w:w="1020"/>
          </w:tcPr>
          <w:p>
            <w:pPr>
              <w:spacing w:after="0"/>
            </w:pPr>
          </w:p>
        </w:tc>
        <w:tc>
          <w:tcPr>
            <w:tcW w:type="dxa" w:w="1166"/>
          </w:tcPr>
          <w:p>
            <w:pPr>
              <w:spacing w:after="0"/>
            </w:pPr>
          </w:p>
        </w:tc>
        <w:tc>
          <w:tcPr>
            <w:tcW w:type="dxa" w:w="1457"/>
          </w:tcPr>
          <w:p>
            <w:pPr>
              <w:spacing w:after="0"/>
            </w:pPr>
          </w:p>
        </w:tc>
        <w:tc>
          <w:tcPr>
            <w:tcW w:type="dxa" w:w="583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1020"/>
          </w:tcPr>
          <w:p>
            <w:pPr>
              <w:spacing w:after="0"/>
            </w:pPr>
          </w:p>
        </w:tc>
        <w:tc>
          <w:tcPr>
            <w:tcW w:type="dxa" w:w="874"/>
          </w:tcPr>
          <w:p>
            <w:pPr>
              <w:spacing w:after="0"/>
            </w:pPr>
          </w:p>
        </w:tc>
        <w:tc>
          <w:tcPr>
            <w:tcW w:type="dxa" w:w="1894"/>
          </w:tcPr>
          <w:p>
            <w:pPr>
              <w:spacing w:after="0"/>
            </w:pPr>
          </w:p>
        </w:tc>
        <w:tc>
          <w:tcPr>
            <w:tcW w:type="dxa" w:w="2040"/>
          </w:tcPr>
          <w:p>
            <w:pPr>
              <w:spacing w:after="0"/>
            </w:pPr>
          </w:p>
        </w:tc>
        <w:tc>
          <w:tcPr>
            <w:tcW w:type="dxa" w:w="1311"/>
          </w:tcPr>
          <w:p>
            <w:pPr>
              <w:spacing w:after="0"/>
            </w:pPr>
          </w:p>
        </w:tc>
        <w:tc>
          <w:tcPr>
            <w:tcW w:type="dxa" w:w="874"/>
          </w:tcPr>
          <w:p>
            <w:pPr>
              <w:spacing w:after="0"/>
            </w:pPr>
          </w:p>
        </w:tc>
        <w:tc>
          <w:tcPr>
            <w:tcW w:type="dxa" w:w="1166"/>
          </w:tcPr>
          <w:p>
            <w:pPr>
              <w:spacing w:after="0"/>
            </w:pPr>
          </w:p>
        </w:tc>
        <w:tc>
          <w:tcPr>
            <w:tcW w:type="dxa" w:w="1166"/>
          </w:tcPr>
          <w:p>
            <w:pPr>
              <w:spacing w:after="0"/>
            </w:pPr>
          </w:p>
        </w:tc>
        <w:tc>
          <w:tcPr>
            <w:tcW w:type="dxa" w:w="1020"/>
          </w:tcPr>
          <w:p>
            <w:pPr>
              <w:spacing w:after="0"/>
            </w:pPr>
          </w:p>
        </w:tc>
        <w:tc>
          <w:tcPr>
            <w:tcW w:type="dxa" w:w="1166"/>
          </w:tcPr>
          <w:p>
            <w:pPr>
              <w:spacing w:after="0"/>
            </w:pPr>
          </w:p>
        </w:tc>
        <w:tc>
          <w:tcPr>
            <w:tcW w:type="dxa" w:w="1457"/>
          </w:tcPr>
          <w:p>
            <w:pPr>
              <w:spacing w:after="0"/>
            </w:pPr>
          </w:p>
        </w:tc>
        <w:tc>
          <w:tcPr>
            <w:tcW w:type="dxa" w:w="583"/>
          </w:tcPr>
          <w:p>
            <w:pPr>
              <w:spacing w:after="0"/>
            </w:pPr>
          </w:p>
        </w:tc>
      </w:tr>
    </w:tbl>
    <w:p>
      <w:pPr>
        <w:spacing w:after="0" w:line="80" w:lineRule="exact"/>
      </w:pPr>
      <w:r>
        <w:rPr>
          <w:sz w:val="8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9FAFB"/>
            <w:tcBorders>
              <w:top w:val="single" w:sz="6" w:space="0" w:color="9CA3AF"/>
              <w:left w:val="single" w:sz="6" w:space="0" w:color="9CA3AF"/>
              <w:bottom w:val="single" w:sz="6" w:space="0" w:color="9CA3AF"/>
              <w:right w:val="single" w:sz="6" w:space="0" w:color="9CA3AF"/>
            </w:tcBorders>
          </w:tcPr>
          <w:p>
            <w:pPr>
              <w:spacing w:after="0"/>
            </w:pPr>
            <w:r>
              <w:rPr>
                <w:b w:val="0"/>
                <w:sz w:val="18"/>
              </w:rPr>
              <w:t>Richtwerte, sofern der Hersteller nichts anderes angibt: Kühlware bis +7 °C, Geflügel bis +4 °C, Hackfleisch und frischer Fisch bis +2 °C, Tiefkühlware -18 °C oder kälter. Nicht annehmen: beschädigte Verpackung, abgelaufenes Verbrauchsdatum, aufgetaute Tiefkühlware, Schädlingsbefall.</w:t>
            </w:r>
          </w:p>
        </w:tc>
      </w:tr>
    </w:tbl>
    <w:p>
      <w:pPr>
        <w:spacing w:after="0" w:line="80" w:lineRule="exact"/>
      </w:pPr>
      <w:r>
        <w:rPr>
          <w:sz w:val="8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5100"/>
        <w:gridCol w:w="9471"/>
      </w:tblGrid>
      <w:tr>
        <w:trPr>
          <w:trHeight w:val="680" w:hRule="atLeast"/>
        </w:trPr>
        <w:tc>
          <w:tcPr>
            <w:tcW w:type="dxa" w:w="5100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Geprüft am</w:t>
            </w:r>
          </w:p>
        </w:tc>
        <w:tc>
          <w:tcPr>
            <w:tcW w:type="dxa" w:w="9471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Unterschrift Küchenleitung</w:t>
            </w:r>
          </w:p>
        </w:tc>
      </w:tr>
    </w:tbl>
    <w:p>
      <w:pPr>
        <w:spacing w:after="0" w:line="80" w:lineRule="exact"/>
      </w:pPr>
      <w:r>
        <w:rPr>
          <w:sz w:val="8"/>
        </w:rPr>
      </w:r>
    </w:p>
    <w:p>
      <w:r>
        <w:rPr>
          <w:b w:val="0"/>
          <w:color w:val="6B7280"/>
          <w:sz w:val="16"/>
        </w:rPr>
        <w:t>Der Wareneingang ist ein Kontrollpunkt im HACCP-Konzept (Art. 5 Verordnung (EG) Nr. 852/2004). Lieferanten und Ware für die Rückverfolgbarkeit festhalten (Art. 18 Verordnung (EG) Nr. 178/2002). Mängel unverzüglich beim Lieferanten rügen (§ 377 HGB).</w:t>
      </w:r>
    </w:p>
    <w:sectPr w:rsidR="00FC693F" w:rsidRPr="0006063C" w:rsidSect="00034616">
      <w:footerReference w:type="default" r:id="rId9"/>
      <w:pgSz w:w="16838" w:h="11906" w:orient="landscape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color w:val="6B7280"/>
        <w:sz w:val="14"/>
      </w:rPr>
      <w:t>Vorlage von Kontevia, kontevia.de, Stand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before="0"/>
    </w:pPr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Wareneingangskontrolle Vorlage 2026</dc:title>
  <dc:subject/>
  <dc:creator>Kontevia</dc:creator>
  <cp:keywords/>
  <dc:description>generated by python-docx</dc:description>
  <cp:lastModifiedBy>Kontevia</cp:lastModifiedBy>
  <cp:revision>1</cp:revision>
  <dcterms:created xsi:type="dcterms:W3CDTF">2026-01-01T00:00:00Z</dcterms:created>
  <dcterms:modified xsi:type="dcterms:W3CDTF">2026-01-01T00:00:00Z</dcterms:modified>
  <cp:category/>
</cp:coreProperties>
</file>