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2"/>
        </w:rPr>
        <w:t>Vollmacht</w:t>
      </w:r>
    </w:p>
    <w:p>
      <w:r>
        <w:rPr>
          <w:b w:val="0"/>
          <w:color w:val="6B7280"/>
          <w:sz w:val="20"/>
        </w:rPr>
        <w:t>Einzelvollmacht oder Dauervollmacht für Betrieb, Behörde, Post und Lieferanten</w:t>
      </w:r>
    </w:p>
    <w:tbl>
      <w:tblPr>
        <w:tblW w:type="auto" w:w="0"/>
        <w:tblLayout w:type="fixed"/>
        <w:tblLook w:firstColumn="1" w:firstRow="1" w:lastColumn="0" w:lastRow="0" w:noHBand="0" w:noVBand="1" w:val="04A0"/>
      </w:tblPr>
      <w:tblGrid>
        <w:gridCol w:w="4819"/>
        <w:gridCol w:w="4819"/>
      </w:tblGrid>
      <w:tr>
        <w:tc>
          <w:tcPr>
            <w:tcW w:type="dxa" w:w="4819"/>
            <w:tcBorders>
              <w:top w:val="nil"/>
              <w:left w:val="nil"/>
              <w:bottom w:val="nil"/>
              <w:right w:val="nil"/>
            </w:tcBorders>
          </w:tcPr>
          <w:p>
            <w:r>
              <w:rPr>
                <w:b/>
                <w:sz w:val="18"/>
              </w:rPr>
              <w:t>Vollmachtgeber/in</w:t>
            </w:r>
          </w:p>
        </w:tc>
        <w:tc>
          <w:tcPr>
            <w:tcW w:type="dxa" w:w="4819"/>
            <w:tcBorders>
              <w:top w:val="nil"/>
              <w:left w:val="nil"/>
              <w:bottom w:val="nil"/>
              <w:right w:val="nil"/>
            </w:tcBorders>
          </w:tcPr>
          <w:p>
            <w:r>
              <w:rPr>
                <w:b/>
                <w:sz w:val="18"/>
              </w:rPr>
              <w:t>Bevollmächtigte/r</w:t>
            </w:r>
          </w:p>
        </w:tc>
      </w:tr>
    </w:tbl>
    <w:tbl>
      <w:tblPr>
        <w:tblW w:type="auto" w:w="0"/>
        <w:jc w:val="left"/>
        <w:tblLayout w:type="fixed"/>
        <w:tblLook w:firstColumn="1" w:firstRow="1" w:lastColumn="0" w:lastRow="0" w:noHBand="0" w:noVBand="1" w:val="04A0"/>
      </w:tblPr>
      <w:tblGrid>
        <w:gridCol w:w="4535"/>
        <w:gridCol w:w="567"/>
        <w:gridCol w:w="4535"/>
      </w:tblGrid>
      <w:tr>
        <w:trPr>
          <w:trHeight w:val="397" w:hRule="atLeast"/>
        </w:trPr>
        <w:tc>
          <w:tcPr>
            <w:tcW w:type="dxa" w:w="4535"/>
            <w:tcBorders>
              <w:top w:val="nil"/>
              <w:left w:val="nil"/>
              <w:bottom w:val="single" w:sz="6" w:space="0" w:color="9CA3AF"/>
              <w:right w:val="nil"/>
            </w:tcBorders>
          </w:tcPr>
          <w:p>
            <w:pPr>
              <w:spacing w:after="0"/>
            </w:pPr>
            <w:r>
              <w:rPr>
                <w:b w:val="0"/>
                <w:color w:val="6B7280"/>
                <w:sz w:val="16"/>
              </w:rPr>
              <w:t>Name / Firma</w:t>
            </w:r>
          </w:p>
        </w:tc>
        <w:tc>
          <w:tcPr>
            <w:tcW w:type="dxa" w:w="567"/>
            <w:tcBorders>
              <w:top w:val="nil"/>
              <w:left w:val="nil"/>
              <w:bottom w:val="single" w:sz="6" w:space="0" w:color="9CA3AF"/>
              <w:right w:val="nil"/>
            </w:tcBorders>
          </w:tcPr>
          <w:p>
            <w:pPr>
              <w:spacing w:after="0"/>
            </w:pPr>
          </w:p>
        </w:tc>
        <w:tc>
          <w:tcPr>
            <w:tcW w:type="dxa" w:w="4535"/>
            <w:tcBorders>
              <w:top w:val="nil"/>
              <w:left w:val="nil"/>
              <w:bottom w:val="single" w:sz="6" w:space="0" w:color="9CA3AF"/>
              <w:right w:val="nil"/>
            </w:tcBorders>
          </w:tcPr>
          <w:p>
            <w:pPr>
              <w:spacing w:after="0"/>
            </w:pPr>
            <w:r>
              <w:rPr>
                <w:b w:val="0"/>
                <w:color w:val="6B7280"/>
                <w:sz w:val="16"/>
              </w:rPr>
              <w:t>Name / Firma</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4535"/>
        <w:gridCol w:w="567"/>
        <w:gridCol w:w="4535"/>
      </w:tblGrid>
      <w:tr>
        <w:trPr>
          <w:trHeight w:val="397" w:hRule="atLeast"/>
        </w:trPr>
        <w:tc>
          <w:tcPr>
            <w:tcW w:type="dxa" w:w="4535"/>
            <w:tcBorders>
              <w:top w:val="nil"/>
              <w:left w:val="nil"/>
              <w:bottom w:val="single" w:sz="6" w:space="0" w:color="9CA3AF"/>
              <w:right w:val="nil"/>
            </w:tcBorders>
          </w:tcPr>
          <w:p>
            <w:pPr>
              <w:spacing w:after="0"/>
            </w:pPr>
            <w:r>
              <w:rPr>
                <w:b w:val="0"/>
                <w:color w:val="6B7280"/>
                <w:sz w:val="16"/>
              </w:rPr>
              <w:t>Straße, Hausnummer</w:t>
            </w:r>
          </w:p>
        </w:tc>
        <w:tc>
          <w:tcPr>
            <w:tcW w:type="dxa" w:w="567"/>
            <w:tcBorders>
              <w:top w:val="nil"/>
              <w:left w:val="nil"/>
              <w:bottom w:val="single" w:sz="6" w:space="0" w:color="9CA3AF"/>
              <w:right w:val="nil"/>
            </w:tcBorders>
          </w:tcPr>
          <w:p>
            <w:pPr>
              <w:spacing w:after="0"/>
            </w:pPr>
          </w:p>
        </w:tc>
        <w:tc>
          <w:tcPr>
            <w:tcW w:type="dxa" w:w="4535"/>
            <w:tcBorders>
              <w:top w:val="nil"/>
              <w:left w:val="nil"/>
              <w:bottom w:val="single" w:sz="6" w:space="0" w:color="9CA3AF"/>
              <w:right w:val="nil"/>
            </w:tcBorders>
          </w:tcPr>
          <w:p>
            <w:pPr>
              <w:spacing w:after="0"/>
            </w:pPr>
            <w:r>
              <w:rPr>
                <w:b w:val="0"/>
                <w:color w:val="6B7280"/>
                <w:sz w:val="16"/>
              </w:rPr>
              <w:t>Straße, Hausnummer</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4535"/>
        <w:gridCol w:w="567"/>
        <w:gridCol w:w="4535"/>
      </w:tblGrid>
      <w:tr>
        <w:trPr>
          <w:trHeight w:val="397" w:hRule="atLeast"/>
        </w:trPr>
        <w:tc>
          <w:tcPr>
            <w:tcW w:type="dxa" w:w="4535"/>
            <w:tcBorders>
              <w:top w:val="nil"/>
              <w:left w:val="nil"/>
              <w:bottom w:val="single" w:sz="6" w:space="0" w:color="9CA3AF"/>
              <w:right w:val="nil"/>
            </w:tcBorders>
          </w:tcPr>
          <w:p>
            <w:pPr>
              <w:spacing w:after="0"/>
            </w:pPr>
            <w:r>
              <w:rPr>
                <w:b w:val="0"/>
                <w:color w:val="6B7280"/>
                <w:sz w:val="16"/>
              </w:rPr>
              <w:t>PLZ, Ort</w:t>
            </w:r>
          </w:p>
        </w:tc>
        <w:tc>
          <w:tcPr>
            <w:tcW w:type="dxa" w:w="567"/>
            <w:tcBorders>
              <w:top w:val="nil"/>
              <w:left w:val="nil"/>
              <w:bottom w:val="single" w:sz="6" w:space="0" w:color="9CA3AF"/>
              <w:right w:val="nil"/>
            </w:tcBorders>
          </w:tcPr>
          <w:p>
            <w:pPr>
              <w:spacing w:after="0"/>
            </w:pPr>
          </w:p>
        </w:tc>
        <w:tc>
          <w:tcPr>
            <w:tcW w:type="dxa" w:w="4535"/>
            <w:tcBorders>
              <w:top w:val="nil"/>
              <w:left w:val="nil"/>
              <w:bottom w:val="single" w:sz="6" w:space="0" w:color="9CA3AF"/>
              <w:right w:val="nil"/>
            </w:tcBorders>
          </w:tcPr>
          <w:p>
            <w:pPr>
              <w:spacing w:after="0"/>
            </w:pPr>
            <w:r>
              <w:rPr>
                <w:b w:val="0"/>
                <w:color w:val="6B7280"/>
                <w:sz w:val="16"/>
              </w:rPr>
              <w:t>PLZ, Ort</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4535"/>
        <w:gridCol w:w="567"/>
        <w:gridCol w:w="4535"/>
      </w:tblGrid>
      <w:tr>
        <w:trPr>
          <w:trHeight w:val="397" w:hRule="atLeast"/>
        </w:trPr>
        <w:tc>
          <w:tcPr>
            <w:tcW w:type="dxa" w:w="4535"/>
            <w:tcBorders>
              <w:top w:val="nil"/>
              <w:left w:val="nil"/>
              <w:bottom w:val="single" w:sz="6" w:space="0" w:color="9CA3AF"/>
              <w:right w:val="nil"/>
            </w:tcBorders>
          </w:tcPr>
          <w:p>
            <w:pPr>
              <w:spacing w:after="0"/>
            </w:pPr>
            <w:r>
              <w:rPr>
                <w:b w:val="0"/>
                <w:color w:val="6B7280"/>
                <w:sz w:val="16"/>
              </w:rPr>
              <w:t>Geburtsdatum oder Registernummer</w:t>
            </w:r>
          </w:p>
        </w:tc>
        <w:tc>
          <w:tcPr>
            <w:tcW w:type="dxa" w:w="567"/>
            <w:tcBorders>
              <w:top w:val="nil"/>
              <w:left w:val="nil"/>
              <w:bottom w:val="single" w:sz="6" w:space="0" w:color="9CA3AF"/>
              <w:right w:val="nil"/>
            </w:tcBorders>
          </w:tcPr>
          <w:p>
            <w:pPr>
              <w:spacing w:after="0"/>
            </w:pPr>
          </w:p>
        </w:tc>
        <w:tc>
          <w:tcPr>
            <w:tcW w:type="dxa" w:w="4535"/>
            <w:tcBorders>
              <w:top w:val="nil"/>
              <w:left w:val="nil"/>
              <w:bottom w:val="single" w:sz="6" w:space="0" w:color="9CA3AF"/>
              <w:right w:val="nil"/>
            </w:tcBorders>
          </w:tcPr>
          <w:p>
            <w:pPr>
              <w:spacing w:after="0"/>
            </w:pPr>
            <w:r>
              <w:rPr>
                <w:b w:val="0"/>
                <w:color w:val="6B7280"/>
                <w:sz w:val="16"/>
              </w:rPr>
              <w:t>Geburtsdatum</w:t>
            </w:r>
          </w:p>
        </w:tc>
      </w:tr>
    </w:tbl>
    <w:p>
      <w:pPr>
        <w:spacing w:after="0" w:line="80" w:lineRule="exact"/>
      </w:pPr>
      <w:r>
        <w:rPr>
          <w:sz w:val="8"/>
        </w:rPr>
      </w:r>
    </w:p>
    <w:p>
      <w:r>
        <w:rPr>
          <w:b w:val="0"/>
          <w:sz w:val="18"/>
        </w:rPr>
        <w:t>Hiermit bevollmächtige ich die oben genannte Person, mich in den folgenden Angelegenheiten zu vertreten und alle dafür erforderlichen Erklärungen abzugeben und entgegenzunehmen:</w:t>
      </w:r>
    </w:p>
    <w:p>
      <w:pPr>
        <w:keepNext/>
        <w:spacing w:before="80"/>
      </w:pPr>
      <w:r>
        <w:rPr>
          <w:b/>
          <w:sz w:val="20"/>
        </w:rPr>
        <w:t>Umfang der Vollmacht</w:t>
      </w:r>
    </w:p>
    <w:p>
      <w:pPr>
        <w:spacing w:after="80"/>
      </w:pPr>
      <w:r>
        <w:rPr>
          <w:b w:val="0"/>
          <w:sz w:val="18"/>
        </w:rPr>
        <w:t>[    ] Einzelvollmacht für ein bestimmtes Geschäft (unten beschreiben)</w:t>
      </w:r>
    </w:p>
    <w:p>
      <w:pPr>
        <w:spacing w:after="80"/>
      </w:pPr>
      <w:r>
        <w:rPr>
          <w:b w:val="0"/>
          <w:sz w:val="18"/>
        </w:rPr>
        <w:t>[    ] Abholung von Sendungen, Einschreiben und Paketen bei Post und Paketdiensten</w:t>
      </w:r>
    </w:p>
    <w:p>
      <w:pPr>
        <w:spacing w:after="80"/>
      </w:pPr>
      <w:r>
        <w:rPr>
          <w:b w:val="0"/>
          <w:sz w:val="18"/>
        </w:rPr>
        <w:t>[    ] Abholung und Annahme von Waren, Unterlagen und Schlüsseln</w:t>
      </w:r>
    </w:p>
    <w:p>
      <w:pPr>
        <w:spacing w:after="80"/>
      </w:pPr>
      <w:r>
        <w:rPr>
          <w:b w:val="0"/>
          <w:sz w:val="18"/>
        </w:rPr>
        <w:t>[    ] Vertretung gegenüber Behörden (zum Beispiel Gewerbeamt, Ordnungsamt, Zulassungsstelle)</w:t>
      </w:r>
    </w:p>
    <w:p>
      <w:pPr>
        <w:spacing w:after="80"/>
      </w:pPr>
      <w:r>
        <w:rPr>
          <w:b w:val="0"/>
          <w:sz w:val="18"/>
        </w:rPr>
        <w:t>[    ] Abschluss und Kündigung von Verträgen bis zu einem Wert von ____________ Euro je Vertrag</w:t>
      </w:r>
    </w:p>
    <w:p>
      <w:pPr>
        <w:spacing w:after="80"/>
      </w:pPr>
      <w:r>
        <w:rPr>
          <w:b w:val="0"/>
          <w:sz w:val="18"/>
        </w:rPr>
        <w:t>[    ] Sonstiges: ______________________________________________</w:t>
      </w:r>
    </w:p>
    <w:tbl>
      <w:tblPr>
        <w:tblW w:type="auto" w:w="0"/>
        <w:jc w:val="left"/>
        <w:tblLayout w:type="fixed"/>
        <w:tblLook w:firstColumn="1" w:firstRow="1" w:lastColumn="0" w:lastRow="0" w:noHBand="0" w:noVBand="1" w:val="04A0"/>
      </w:tblPr>
      <w:tblGrid>
        <w:gridCol w:w="9638"/>
      </w:tblGrid>
      <w:tr>
        <w:trPr>
          <w:trHeight w:val="454" w:hRule="atLeast"/>
        </w:trPr>
        <w:tc>
          <w:tcPr>
            <w:tcW w:type="dxa" w:w="9638"/>
            <w:tcBorders>
              <w:top w:val="nil"/>
              <w:left w:val="nil"/>
              <w:bottom w:val="single" w:sz="6" w:space="0" w:color="9CA3AF"/>
              <w:right w:val="nil"/>
            </w:tcBorders>
          </w:tcPr>
          <w:p>
            <w:pPr>
              <w:spacing w:after="0"/>
            </w:pPr>
            <w:r>
              <w:rPr>
                <w:b w:val="0"/>
                <w:color w:val="6B7280"/>
                <w:sz w:val="16"/>
              </w:rPr>
              <w:t>Beschreibung der Angelegenheit (so genau wie möglich, mit Aktenzeichen oder Vertragsnummer)</w:t>
            </w:r>
          </w:p>
        </w:tc>
      </w:tr>
      <w:tr>
        <w:trPr>
          <w:trHeight w:val="454" w:hRule="atLeast"/>
        </w:trPr>
        <w:tc>
          <w:tcPr>
            <w:tcW w:type="dxa" w:w="9638"/>
            <w:tcBorders>
              <w:top w:val="nil"/>
              <w:left w:val="nil"/>
              <w:bottom w:val="single" w:sz="6" w:space="0" w:color="9CA3AF"/>
              <w:right w:val="nil"/>
            </w:tcBorders>
          </w:tcPr>
          <w:p>
            <w:pPr>
              <w:spacing w:after="0"/>
            </w:pPr>
          </w:p>
        </w:tc>
      </w:tr>
      <w:tr>
        <w:trPr>
          <w:trHeight w:val="454" w:hRule="atLeast"/>
        </w:trPr>
        <w:tc>
          <w:tcPr>
            <w:tcW w:type="dxa" w:w="9638"/>
            <w:tcBorders>
              <w:top w:val="nil"/>
              <w:left w:val="nil"/>
              <w:bottom w:val="single" w:sz="6" w:space="0" w:color="9CA3AF"/>
              <w:right w:val="nil"/>
            </w:tcBorders>
          </w:tcPr>
          <w:p>
            <w:pPr>
              <w:spacing w:after="0"/>
            </w:pPr>
          </w:p>
        </w:tc>
      </w:tr>
    </w:tbl>
    <w:p>
      <w:pPr>
        <w:spacing w:after="0" w:line="80" w:lineRule="exact"/>
      </w:pPr>
      <w:r>
        <w:rPr>
          <w:sz w:val="8"/>
        </w:rPr>
      </w:r>
    </w:p>
    <w:p>
      <w:pPr>
        <w:keepNext/>
        <w:spacing w:before="80"/>
      </w:pPr>
      <w:r>
        <w:rPr>
          <w:b/>
          <w:sz w:val="20"/>
        </w:rPr>
        <w:t>Dauer und Untervollmacht</w:t>
      </w:r>
    </w:p>
    <w:p>
      <w:pPr>
        <w:spacing w:after="80"/>
      </w:pPr>
      <w:r>
        <w:rPr>
          <w:b w:val="0"/>
          <w:sz w:val="18"/>
        </w:rPr>
        <w:t>[    ] Die Vollmacht gilt einmalig für die oben beschriebene Angelegenheit.</w:t>
      </w:r>
    </w:p>
    <w:p>
      <w:pPr>
        <w:spacing w:after="80"/>
      </w:pPr>
      <w:r>
        <w:rPr>
          <w:b w:val="0"/>
          <w:sz w:val="18"/>
        </w:rPr>
        <w:t>[    ] Die Vollmacht gilt bis zum ______________ oder bis zum Widerruf.</w:t>
      </w:r>
    </w:p>
    <w:p>
      <w:pPr>
        <w:spacing w:after="80"/>
      </w:pPr>
      <w:r>
        <w:rPr>
          <w:b w:val="0"/>
          <w:sz w:val="18"/>
        </w:rPr>
        <w:t>[    ] Die/der Bevollmächtigte darf Untervollmacht erteilen.</w:t>
      </w:r>
    </w:p>
    <w:p>
      <w:pPr>
        <w:spacing w:after="80"/>
      </w:pPr>
      <w:r>
        <w:rPr>
          <w:b w:val="0"/>
          <w:sz w:val="18"/>
        </w:rPr>
        <w:t>[    ] Die/der Bevollmächtigte ist von den Beschränkungen des § 181 BGB befreit.</w:t>
      </w:r>
    </w:p>
    <w:p>
      <w:r>
        <w:rPr>
          <w:b w:val="0"/>
          <w:sz w:val="18"/>
        </w:rPr>
        <w:t>Die Vollmacht kann jederzeit widerrufen werden. Nach dem Widerruf oder dem Ende der Vollmacht gibt die/der Bevollmächtigte diese Urkunde zurück.</w:t>
      </w:r>
    </w:p>
    <w:tbl>
      <w:tblPr>
        <w:tblW w:type="auto" w:w="0"/>
        <w:jc w:val="left"/>
        <w:tblLayout w:type="fixed"/>
        <w:tblLook w:firstColumn="1" w:firstRow="1" w:lastColumn="0" w:lastRow="0" w:noHBand="0" w:noVBand="1" w:val="04A0"/>
      </w:tblPr>
      <w:tblGrid>
        <w:gridCol w:w="3373"/>
        <w:gridCol w:w="6265"/>
      </w:tblGrid>
      <w:tr>
        <w:trPr>
          <w:trHeight w:val="680" w:hRule="atLeast"/>
        </w:trPr>
        <w:tc>
          <w:tcPr>
            <w:tcW w:type="dxa" w:w="3373"/>
            <w:tcBorders>
              <w:top w:val="nil"/>
              <w:left w:val="nil"/>
              <w:bottom w:val="single" w:sz="6" w:space="0" w:color="9CA3AF"/>
              <w:right w:val="nil"/>
            </w:tcBorders>
          </w:tcPr>
          <w:p>
            <w:pPr>
              <w:spacing w:after="0"/>
            </w:pPr>
            <w:r>
              <w:rPr>
                <w:b w:val="0"/>
                <w:color w:val="6B7280"/>
                <w:sz w:val="16"/>
              </w:rPr>
              <w:t>Ort, Datum</w:t>
            </w:r>
          </w:p>
        </w:tc>
        <w:tc>
          <w:tcPr>
            <w:tcW w:type="dxa" w:w="6265"/>
            <w:tcBorders>
              <w:top w:val="nil"/>
              <w:left w:val="nil"/>
              <w:bottom w:val="single" w:sz="6" w:space="0" w:color="9CA3AF"/>
              <w:right w:val="nil"/>
            </w:tcBorders>
          </w:tcPr>
          <w:p>
            <w:pPr>
              <w:spacing w:after="0"/>
            </w:pPr>
            <w:r>
              <w:rPr>
                <w:b w:val="0"/>
                <w:color w:val="6B7280"/>
                <w:sz w:val="16"/>
              </w:rPr>
              <w:t>Unterschrift Vollmachtgeber/in (bei Firmen mit Name, Funktion, Stempel)</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3373"/>
        <w:gridCol w:w="6265"/>
      </w:tblGrid>
      <w:tr>
        <w:trPr>
          <w:trHeight w:val="680" w:hRule="atLeast"/>
        </w:trPr>
        <w:tc>
          <w:tcPr>
            <w:tcW w:type="dxa" w:w="3373"/>
            <w:tcBorders>
              <w:top w:val="nil"/>
              <w:left w:val="nil"/>
              <w:bottom w:val="single" w:sz="6" w:space="0" w:color="9CA3AF"/>
              <w:right w:val="nil"/>
            </w:tcBorders>
          </w:tcPr>
          <w:p>
            <w:pPr>
              <w:spacing w:after="0"/>
            </w:pPr>
            <w:r>
              <w:rPr>
                <w:b w:val="0"/>
                <w:color w:val="6B7280"/>
                <w:sz w:val="16"/>
              </w:rPr>
              <w:t>Ort, Datum</w:t>
            </w:r>
          </w:p>
        </w:tc>
        <w:tc>
          <w:tcPr>
            <w:tcW w:type="dxa" w:w="6265"/>
            <w:tcBorders>
              <w:top w:val="nil"/>
              <w:left w:val="nil"/>
              <w:bottom w:val="single" w:sz="6" w:space="0" w:color="9CA3AF"/>
              <w:right w:val="nil"/>
            </w:tcBorders>
          </w:tcPr>
          <w:p>
            <w:pPr>
              <w:spacing w:after="0"/>
            </w:pPr>
            <w:r>
              <w:rPr>
                <w:b w:val="0"/>
                <w:color w:val="6B7280"/>
                <w:sz w:val="16"/>
              </w:rPr>
              <w:t>Unterschrift Bevollmächtigte/r (Unterschriftsprobe)</w:t>
            </w:r>
          </w:p>
        </w:tc>
      </w:tr>
    </w:tbl>
    <w:p>
      <w:pPr>
        <w:spacing w:after="0" w:line="80" w:lineRule="exact"/>
      </w:pPr>
      <w:r>
        <w:rPr>
          <w:sz w:val="8"/>
        </w:rPr>
      </w:r>
    </w:p>
    <w:p>
      <w:r>
        <w:rPr>
          <w:b w:val="0"/>
          <w:color w:val="6B7280"/>
          <w:sz w:val="16"/>
        </w:rPr>
        <w:t>Muster ohne Gewähr, ersetzt keine Rechtsberatung. Eine Vollmacht ist grundsätzlich formfrei (§ 167 Abs. 2 BGB). Legen Sie das Original vor: Eine Kündigung oder ein anderes einseitiges Rechtsgeschäft kann ohne Original zurückgewiesen werden (§ 174 BGB). Die Vollmacht ist widerruflich (§ 168 BGB), die Urkunde ist danach zurückzugeben (§ 175 BGB). Für Grundstücksgeschäfte, Handelsregister und Vorsorge gelten besondere Formen; Prokura wird im Handelsregister eingetragen (§ 53 HGB). Für das Finanzamt nutzt die Steuerberatung eigene Vollmachtsformulare (§ 80 AO).</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color w:val="6B7280"/>
        <w:sz w:val="14"/>
      </w:rPr>
      <w:t>Vorlage von Kontevia, kontevia.de, Stand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Vollmacht Vorlage 2026</dc:title>
  <dc:subject/>
  <dc:creator>Kontevia</dc:creator>
  <cp:keywords/>
  <dc:description>generated by python-docx</dc:description>
  <cp:lastModifiedBy>Kontevia</cp:lastModifiedBy>
  <cp:revision>1</cp:revision>
  <dcterms:created xsi:type="dcterms:W3CDTF">2026-01-01T00:00:00Z</dcterms:created>
  <dcterms:modified xsi:type="dcterms:W3CDTF">2026-01-01T00:00:00Z</dcterms:modified>
  <cp:category/>
</cp:coreProperties>
</file>