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Praktikumsbescheinigung</w:t>
      </w:r>
    </w:p>
    <w:p>
      <w:r>
        <w:rPr>
          <w:b w:val="0"/>
          <w:color w:val="6B7280"/>
          <w:sz w:val="20"/>
        </w:rPr>
        <w:t>Bestätigung über Art, Dauer und Inhalte des Praktikums, auf Wunsch mit Beurteilung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Briefkopf Praktikumsbetrieb (Name, Anschrift)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sz w:val="18"/>
        </w:rPr>
        <w:t>Frau/Herr ______________________, geboren am ______________, hat vom ______________ bis zum ______________ in unserem Betrieb ein Praktikum absolviert.</w:t>
      </w:r>
    </w:p>
    <w:p>
      <w:pPr>
        <w:spacing w:after="80"/>
      </w:pPr>
      <w:r>
        <w:rPr>
          <w:b w:val="0"/>
          <w:sz w:val="18"/>
        </w:rPr>
        <w:t>[    ] Pflichtpraktikum im Rahmen von: ______________________</w:t>
      </w:r>
    </w:p>
    <w:p>
      <w:pPr>
        <w:spacing w:after="80"/>
      </w:pPr>
      <w:r>
        <w:rPr>
          <w:b w:val="0"/>
          <w:sz w:val="18"/>
        </w:rPr>
        <w:t>[    ] Orientierungspraktikum</w:t>
      </w:r>
    </w:p>
    <w:p>
      <w:pPr>
        <w:spacing w:after="80"/>
      </w:pPr>
      <w:r>
        <w:rPr>
          <w:b w:val="0"/>
          <w:sz w:val="18"/>
        </w:rPr>
        <w:t>[    ] Freiwilliges Praktikum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4" w:hRule="atLeast"/>
        </w:trPr>
        <w:tc>
          <w:tcPr>
            <w:tcW w:type="dxa" w:w="481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Bereich / Abteilung</w:t>
            </w:r>
          </w:p>
        </w:tc>
        <w:tc>
          <w:tcPr>
            <w:tcW w:type="dxa" w:w="481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Regelmäßige Praktikumszeit (Stunden pro Woche)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Tätigkeiten und erworbene Kenntnisse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</w:tr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</w:tr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</w:tr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Beurteilung (auf Wunsch)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Leistung, Arbeitsweise, Verhalten gegenüber Gästen, Kollegen und Vorgesetzten</w:t>
            </w:r>
          </w:p>
        </w:tc>
      </w:tr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</w:tr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891"/>
        <w:gridCol w:w="6746"/>
      </w:tblGrid>
      <w:tr>
        <w:trPr>
          <w:trHeight w:val="454" w:hRule="atLeast"/>
        </w:trPr>
        <w:tc>
          <w:tcPr>
            <w:tcW w:type="dxa" w:w="2891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Fehltage</w:t>
            </w:r>
          </w:p>
        </w:tc>
        <w:tc>
          <w:tcPr>
            <w:tcW w:type="dxa" w:w="6746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Betreuer/in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sz w:val="18"/>
        </w:rPr>
        <w:t>Wir danken für die Mitarbeit und wünschen für die weitere Ausbildung alles Gute.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73"/>
        <w:gridCol w:w="6265"/>
      </w:tblGrid>
      <w:tr>
        <w:trPr>
          <w:trHeight w:val="680" w:hRule="atLeast"/>
        </w:trPr>
        <w:tc>
          <w:tcPr>
            <w:tcW w:type="dxa" w:w="337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Ort, Datum</w:t>
            </w:r>
          </w:p>
        </w:tc>
        <w:tc>
          <w:tcPr>
            <w:tcW w:type="dxa" w:w="626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Unterschrift, Name, Funktion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color w:val="6B7280"/>
          <w:sz w:val="16"/>
        </w:rPr>
        <w:t>Entsprechend § 16 BBiG in Verbindung mit § 26 BBiG: Angaben über Art, Dauer und Ziel sowie die erworbenen Fertigkeiten und Kenntnisse; Angaben über Verhalten und Leistung auf Verlangen. Für Pflichtpraktika gelten zusätzlich die Vorgaben der Schule oder Hochschule.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color w:val="6B7280"/>
        <w:sz w:val="14"/>
      </w:rPr>
      <w:t>Vorlage von Kontevia, kontevia.de, Stand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Praktikumsbescheinigung Vorlage 2026</dc:title>
  <dc:subject/>
  <dc:creator>Kontevia</dc:creator>
  <cp:keywords/>
  <dc:description>generated by python-docx</dc:description>
  <cp:lastModifiedBy>Kontevia</cp:lastModifiedBy>
  <cp:revision>1</cp:revision>
  <dcterms:created xsi:type="dcterms:W3CDTF">2026-01-01T00:00:00Z</dcterms:created>
  <dcterms:modified xsi:type="dcterms:W3CDTF">2026-01-01T00:00:00Z</dcterms:modified>
  <cp:category/>
</cp:coreProperties>
</file>