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32"/>
        </w:rPr>
        <w:t>Kündigung durch den Arbeitgeber</w:t>
      </w:r>
    </w:p>
    <w:p>
      <w:r>
        <w:rPr>
          <w:b w:val="0"/>
          <w:color w:val="6B7280"/>
          <w:sz w:val="20"/>
        </w:rPr>
        <w:t>Ordentliche, Probezeit- oder fristlose Kündigung des Arbeitsverhältnisses, mit Empfangsbestätigung</w:t>
      </w:r>
    </w:p>
    <w:tbl>
      <w:tblPr>
        <w:tblW w:type="auto" w:w="0"/>
        <w:tblLayout w:type="fixed"/>
        <w:tblLook w:firstColumn="1" w:firstRow="1" w:lastColumn="0" w:lastRow="0" w:noHBand="0" w:noVBand="1" w:val="04A0"/>
      </w:tblPr>
      <w:tblGrid>
        <w:gridCol w:w="4819"/>
        <w:gridCol w:w="4819"/>
      </w:tblGrid>
      <w:tr>
        <w:tc>
          <w:tcPr>
            <w:tcW w:type="dxa" w:w="4819"/>
            <w:tcBorders>
              <w:top w:val="nil"/>
              <w:left w:val="nil"/>
              <w:bottom w:val="nil"/>
              <w:right w:val="nil"/>
            </w:tcBorders>
          </w:tcPr>
          <w:p>
            <w:r>
              <w:rPr>
                <w:b/>
                <w:sz w:val="18"/>
              </w:rPr>
              <w:t>Arbeitgeber</w:t>
            </w:r>
          </w:p>
        </w:tc>
        <w:tc>
          <w:tcPr>
            <w:tcW w:type="dxa" w:w="4819"/>
            <w:tcBorders>
              <w:top w:val="nil"/>
              <w:left w:val="nil"/>
              <w:bottom w:val="nil"/>
              <w:right w:val="nil"/>
            </w:tcBorders>
          </w:tcPr>
          <w:p>
            <w:r>
              <w:rPr>
                <w:b/>
                <w:sz w:val="18"/>
              </w:rPr>
              <w:t>Arbeitnehmer/in</w:t>
            </w:r>
          </w:p>
        </w:tc>
      </w:tr>
    </w:tbl>
    <w:tbl>
      <w:tblPr>
        <w:tblW w:type="auto" w:w="0"/>
        <w:jc w:val="left"/>
        <w:tblLayout w:type="fixed"/>
        <w:tblLook w:firstColumn="1" w:firstRow="1" w:lastColumn="0" w:lastRow="0" w:noHBand="0" w:noVBand="1" w:val="04A0"/>
      </w:tblPr>
      <w:tblGrid>
        <w:gridCol w:w="4535"/>
        <w:gridCol w:w="567"/>
        <w:gridCol w:w="4535"/>
      </w:tblGrid>
      <w:tr>
        <w:trPr>
          <w:trHeight w:val="397" w:hRule="atLeast"/>
        </w:trPr>
        <w:tc>
          <w:tcPr>
            <w:tcW w:type="dxa" w:w="4535"/>
            <w:tcBorders>
              <w:top w:val="nil"/>
              <w:left w:val="nil"/>
              <w:bottom w:val="single" w:sz="6" w:space="0" w:color="9CA3AF"/>
              <w:right w:val="nil"/>
            </w:tcBorders>
          </w:tcPr>
          <w:p>
            <w:pPr>
              <w:spacing w:after="0"/>
            </w:pPr>
            <w:r>
              <w:rPr>
                <w:b w:val="0"/>
                <w:color w:val="6B7280"/>
                <w:sz w:val="16"/>
              </w:rPr>
              <w:t>Name / Firma</w:t>
            </w:r>
          </w:p>
        </w:tc>
        <w:tc>
          <w:tcPr>
            <w:tcW w:type="dxa" w:w="567"/>
            <w:tcBorders>
              <w:top w:val="nil"/>
              <w:left w:val="nil"/>
              <w:bottom w:val="single" w:sz="6" w:space="0" w:color="9CA3AF"/>
              <w:right w:val="nil"/>
            </w:tcBorders>
          </w:tcPr>
          <w:p>
            <w:pPr>
              <w:spacing w:after="0"/>
            </w:pPr>
          </w:p>
        </w:tc>
        <w:tc>
          <w:tcPr>
            <w:tcW w:type="dxa" w:w="4535"/>
            <w:tcBorders>
              <w:top w:val="nil"/>
              <w:left w:val="nil"/>
              <w:bottom w:val="single" w:sz="6" w:space="0" w:color="9CA3AF"/>
              <w:right w:val="nil"/>
            </w:tcBorders>
          </w:tcPr>
          <w:p>
            <w:pPr>
              <w:spacing w:after="0"/>
            </w:pPr>
            <w:r>
              <w:rPr>
                <w:b w:val="0"/>
                <w:color w:val="6B7280"/>
                <w:sz w:val="16"/>
              </w:rPr>
              <w:t>Name / Firma</w:t>
            </w:r>
          </w:p>
        </w:tc>
      </w:tr>
    </w:tbl>
    <w:p>
      <w:pPr>
        <w:spacing w:after="0" w:line="80" w:lineRule="exact"/>
      </w:pPr>
      <w:r>
        <w:rPr>
          <w:sz w:val="8"/>
        </w:rPr>
      </w:r>
    </w:p>
    <w:tbl>
      <w:tblPr>
        <w:tblW w:type="auto" w:w="0"/>
        <w:jc w:val="left"/>
        <w:tblLayout w:type="fixed"/>
        <w:tblLook w:firstColumn="1" w:firstRow="1" w:lastColumn="0" w:lastRow="0" w:noHBand="0" w:noVBand="1" w:val="04A0"/>
      </w:tblPr>
      <w:tblGrid>
        <w:gridCol w:w="4535"/>
        <w:gridCol w:w="567"/>
        <w:gridCol w:w="4535"/>
      </w:tblGrid>
      <w:tr>
        <w:trPr>
          <w:trHeight w:val="397" w:hRule="atLeast"/>
        </w:trPr>
        <w:tc>
          <w:tcPr>
            <w:tcW w:type="dxa" w:w="4535"/>
            <w:tcBorders>
              <w:top w:val="nil"/>
              <w:left w:val="nil"/>
              <w:bottom w:val="single" w:sz="6" w:space="0" w:color="9CA3AF"/>
              <w:right w:val="nil"/>
            </w:tcBorders>
          </w:tcPr>
          <w:p>
            <w:pPr>
              <w:spacing w:after="0"/>
            </w:pPr>
            <w:r>
              <w:rPr>
                <w:b w:val="0"/>
                <w:color w:val="6B7280"/>
                <w:sz w:val="16"/>
              </w:rPr>
              <w:t>Straße, Hausnummer</w:t>
            </w:r>
          </w:p>
        </w:tc>
        <w:tc>
          <w:tcPr>
            <w:tcW w:type="dxa" w:w="567"/>
            <w:tcBorders>
              <w:top w:val="nil"/>
              <w:left w:val="nil"/>
              <w:bottom w:val="single" w:sz="6" w:space="0" w:color="9CA3AF"/>
              <w:right w:val="nil"/>
            </w:tcBorders>
          </w:tcPr>
          <w:p>
            <w:pPr>
              <w:spacing w:after="0"/>
            </w:pPr>
          </w:p>
        </w:tc>
        <w:tc>
          <w:tcPr>
            <w:tcW w:type="dxa" w:w="4535"/>
            <w:tcBorders>
              <w:top w:val="nil"/>
              <w:left w:val="nil"/>
              <w:bottom w:val="single" w:sz="6" w:space="0" w:color="9CA3AF"/>
              <w:right w:val="nil"/>
            </w:tcBorders>
          </w:tcPr>
          <w:p>
            <w:pPr>
              <w:spacing w:after="0"/>
            </w:pPr>
            <w:r>
              <w:rPr>
                <w:b w:val="0"/>
                <w:color w:val="6B7280"/>
                <w:sz w:val="16"/>
              </w:rPr>
              <w:t>Straße, Hausnummer</w:t>
            </w:r>
          </w:p>
        </w:tc>
      </w:tr>
    </w:tbl>
    <w:p>
      <w:pPr>
        <w:spacing w:after="0" w:line="80" w:lineRule="exact"/>
      </w:pPr>
      <w:r>
        <w:rPr>
          <w:sz w:val="8"/>
        </w:rPr>
      </w:r>
    </w:p>
    <w:tbl>
      <w:tblPr>
        <w:tblW w:type="auto" w:w="0"/>
        <w:jc w:val="left"/>
        <w:tblLayout w:type="fixed"/>
        <w:tblLook w:firstColumn="1" w:firstRow="1" w:lastColumn="0" w:lastRow="0" w:noHBand="0" w:noVBand="1" w:val="04A0"/>
      </w:tblPr>
      <w:tblGrid>
        <w:gridCol w:w="4535"/>
        <w:gridCol w:w="567"/>
        <w:gridCol w:w="4535"/>
      </w:tblGrid>
      <w:tr>
        <w:trPr>
          <w:trHeight w:val="397" w:hRule="atLeast"/>
        </w:trPr>
        <w:tc>
          <w:tcPr>
            <w:tcW w:type="dxa" w:w="4535"/>
            <w:tcBorders>
              <w:top w:val="nil"/>
              <w:left w:val="nil"/>
              <w:bottom w:val="single" w:sz="6" w:space="0" w:color="9CA3AF"/>
              <w:right w:val="nil"/>
            </w:tcBorders>
          </w:tcPr>
          <w:p>
            <w:pPr>
              <w:spacing w:after="0"/>
            </w:pPr>
            <w:r>
              <w:rPr>
                <w:b w:val="0"/>
                <w:color w:val="6B7280"/>
                <w:sz w:val="16"/>
              </w:rPr>
              <w:t>PLZ, Ort</w:t>
            </w:r>
          </w:p>
        </w:tc>
        <w:tc>
          <w:tcPr>
            <w:tcW w:type="dxa" w:w="567"/>
            <w:tcBorders>
              <w:top w:val="nil"/>
              <w:left w:val="nil"/>
              <w:bottom w:val="single" w:sz="6" w:space="0" w:color="9CA3AF"/>
              <w:right w:val="nil"/>
            </w:tcBorders>
          </w:tcPr>
          <w:p>
            <w:pPr>
              <w:spacing w:after="0"/>
            </w:pPr>
          </w:p>
        </w:tc>
        <w:tc>
          <w:tcPr>
            <w:tcW w:type="dxa" w:w="4535"/>
            <w:tcBorders>
              <w:top w:val="nil"/>
              <w:left w:val="nil"/>
              <w:bottom w:val="single" w:sz="6" w:space="0" w:color="9CA3AF"/>
              <w:right w:val="nil"/>
            </w:tcBorders>
          </w:tcPr>
          <w:p>
            <w:pPr>
              <w:spacing w:after="0"/>
            </w:pPr>
            <w:r>
              <w:rPr>
                <w:b w:val="0"/>
                <w:color w:val="6B7280"/>
                <w:sz w:val="16"/>
              </w:rPr>
              <w:t>PLZ, Ort</w:t>
            </w:r>
          </w:p>
        </w:tc>
      </w:tr>
    </w:tbl>
    <w:p>
      <w:pPr>
        <w:spacing w:after="0" w:line="80" w:lineRule="exact"/>
      </w:pPr>
      <w:r>
        <w:rPr>
          <w:sz w:val="8"/>
        </w:rPr>
      </w:r>
    </w:p>
    <w:tbl>
      <w:tblPr>
        <w:tblW w:type="auto" w:w="0"/>
        <w:jc w:val="left"/>
        <w:tblLayout w:type="fixed"/>
        <w:tblLook w:firstColumn="1" w:firstRow="1" w:lastColumn="0" w:lastRow="0" w:noHBand="0" w:noVBand="1" w:val="04A0"/>
      </w:tblPr>
      <w:tblGrid>
        <w:gridCol w:w="2891"/>
        <w:gridCol w:w="2891"/>
        <w:gridCol w:w="3855"/>
      </w:tblGrid>
      <w:tr>
        <w:trPr>
          <w:trHeight w:val="454" w:hRule="atLeast"/>
        </w:trPr>
        <w:tc>
          <w:tcPr>
            <w:tcW w:type="dxa" w:w="2891"/>
            <w:tcBorders>
              <w:top w:val="nil"/>
              <w:left w:val="nil"/>
              <w:bottom w:val="single" w:sz="6" w:space="0" w:color="9CA3AF"/>
              <w:right w:val="nil"/>
            </w:tcBorders>
          </w:tcPr>
          <w:p>
            <w:pPr>
              <w:spacing w:after="0"/>
            </w:pPr>
            <w:r>
              <w:rPr>
                <w:b w:val="0"/>
                <w:color w:val="6B7280"/>
                <w:sz w:val="16"/>
              </w:rPr>
              <w:t>Datum</w:t>
            </w:r>
          </w:p>
        </w:tc>
        <w:tc>
          <w:tcPr>
            <w:tcW w:type="dxa" w:w="2891"/>
            <w:tcBorders>
              <w:top w:val="nil"/>
              <w:left w:val="nil"/>
              <w:bottom w:val="single" w:sz="6" w:space="0" w:color="9CA3AF"/>
              <w:right w:val="nil"/>
            </w:tcBorders>
          </w:tcPr>
          <w:p>
            <w:pPr>
              <w:spacing w:after="0"/>
            </w:pPr>
            <w:r>
              <w:rPr>
                <w:b w:val="0"/>
                <w:color w:val="6B7280"/>
                <w:sz w:val="16"/>
              </w:rPr>
              <w:t>Personalnummer (optional)</w:t>
            </w:r>
          </w:p>
        </w:tc>
        <w:tc>
          <w:tcPr>
            <w:tcW w:type="dxa" w:w="3855"/>
            <w:tcBorders>
              <w:top w:val="nil"/>
              <w:left w:val="nil"/>
              <w:bottom w:val="single" w:sz="6" w:space="0" w:color="9CA3AF"/>
              <w:right w:val="nil"/>
            </w:tcBorders>
          </w:tcPr>
          <w:p>
            <w:pPr>
              <w:spacing w:after="0"/>
            </w:pPr>
            <w:r>
              <w:rPr>
                <w:b w:val="0"/>
                <w:color w:val="6B7280"/>
                <w:sz w:val="16"/>
              </w:rPr>
              <w:t>Übergeben durch</w:t>
            </w:r>
          </w:p>
        </w:tc>
      </w:tr>
    </w:tbl>
    <w:p>
      <w:pPr>
        <w:spacing w:after="0" w:line="80" w:lineRule="exact"/>
      </w:pPr>
      <w:r>
        <w:rPr>
          <w:sz w:val="8"/>
        </w:rPr>
      </w:r>
    </w:p>
    <w:p>
      <w:pPr>
        <w:keepNext/>
        <w:spacing w:before="80"/>
      </w:pPr>
      <w:r>
        <w:rPr>
          <w:b/>
          <w:sz w:val="20"/>
        </w:rPr>
        <w:t>Kündigung des Arbeitsverhältnisses</w:t>
      </w:r>
    </w:p>
    <w:p>
      <w:r>
        <w:rPr>
          <w:b w:val="0"/>
          <w:sz w:val="18"/>
        </w:rPr>
        <w:t>Sehr geehrte/r ______________________, hiermit kündigen wir das zwischen uns bestehende Arbeitsverhältnis</w:t>
      </w:r>
    </w:p>
    <w:p>
      <w:pPr>
        <w:spacing w:after="80"/>
      </w:pPr>
      <w:r>
        <w:rPr>
          <w:b w:val="0"/>
          <w:sz w:val="18"/>
        </w:rPr>
        <w:t>[    ] ordentlich und fristgerecht zum ______________, hilfsweise zum nächstmöglichen Zeitpunkt.</w:t>
      </w:r>
    </w:p>
    <w:p>
      <w:pPr>
        <w:spacing w:after="80"/>
      </w:pPr>
      <w:r>
        <w:rPr>
          <w:b w:val="0"/>
          <w:sz w:val="18"/>
        </w:rPr>
        <w:t>[    ] in der Probezeit mit einer Frist von zwei Wochen zum ______________ (§ 622 Abs. 3 BGB).</w:t>
      </w:r>
    </w:p>
    <w:p>
      <w:pPr>
        <w:spacing w:after="80"/>
      </w:pPr>
      <w:r>
        <w:rPr>
          <w:b w:val="0"/>
          <w:sz w:val="18"/>
        </w:rPr>
        <w:t>[    ] fristlos aus wichtigem Grund (§ 626 BGB), hilfsweise ordentlich zum nächstmöglichen Zeitpunkt.</w:t>
      </w:r>
    </w:p>
    <w:p>
      <w:pPr>
        <w:spacing w:after="80"/>
      </w:pPr>
      <w:r>
        <w:rPr>
          <w:b w:val="0"/>
          <w:sz w:val="18"/>
        </w:rPr>
        <w:t>[    ] Freistellung ab dem ______________ bei voller Vergütung, unter Anrechnung von Urlaub</w:t>
      </w:r>
    </w:p>
    <w:p>
      <w:pPr>
        <w:spacing w:after="80"/>
      </w:pPr>
      <w:r>
        <w:rPr>
          <w:b w:val="0"/>
          <w:sz w:val="18"/>
        </w:rPr>
        <w:t>[    ] Ihr Resturlaub von ______ Tagen wird während der Kündigungsfrist gewährt.</w:t>
      </w:r>
    </w:p>
    <w:p>
      <w:r>
        <w:rPr>
          <w:b w:val="0"/>
          <w:sz w:val="18"/>
        </w:rPr>
        <w:t>Bitte geben Sie bis zum letzten Arbeitstag alle Gegenstände des Betriebs zurück (Schlüssel, Dienstkleidung, Kassenschlüssel, Unterlagen). Arbeitspapiere und Arbeitszeugnis erhalten Sie zum Ende des Arbeitsverhältnisses.</w:t>
      </w:r>
    </w:p>
    <w:tbl>
      <w:tblPr>
        <w:tblW w:type="auto" w:w="0"/>
        <w:tblLayout w:type="fixed"/>
        <w:tblLook w:firstColumn="1" w:firstRow="1" w:lastColumn="0" w:lastRow="0" w:noHBand="0" w:noVBand="1" w:val="04A0"/>
      </w:tblPr>
      <w:tblGrid>
        <w:gridCol w:w="9638"/>
      </w:tblGrid>
      <w:tr>
        <w:tc>
          <w:tcPr>
            <w:tcW w:type="dxa" w:w="9638"/>
            <w:shd w:val="clear" w:color="auto" w:fill="F9FAFB"/>
            <w:tcBorders>
              <w:top w:val="single" w:sz="6" w:space="0" w:color="9CA3AF"/>
              <w:left w:val="single" w:sz="6" w:space="0" w:color="9CA3AF"/>
              <w:bottom w:val="single" w:sz="6" w:space="0" w:color="9CA3AF"/>
              <w:right w:val="single" w:sz="6" w:space="0" w:color="9CA3AF"/>
            </w:tcBorders>
          </w:tcPr>
          <w:p>
            <w:pPr>
              <w:spacing w:after="0"/>
            </w:pPr>
            <w:r>
              <w:rPr>
                <w:b w:val="0"/>
                <w:sz w:val="18"/>
              </w:rPr>
              <w:t>Hinweis nach § 2 Abs. 2 Satz 2 Nr. 3 SGB III: Melden Sie sich unverzüglich bei der Agentur für Arbeit arbeitsuchend, spätestens drei Monate vor dem Ende des Arbeitsverhältnisses oder, wenn weniger Zeit bleibt, innerhalb von drei Tagen nach Erhalt dieser Kündigung (§ 38 Abs. 1 SGB III). Suchen Sie außerdem selbst aktiv nach einer neuen Beschäftigung.</w:t>
            </w:r>
          </w:p>
        </w:tc>
      </w:tr>
    </w:tbl>
    <w:p>
      <w:pPr>
        <w:spacing w:after="0" w:line="80" w:lineRule="exact"/>
      </w:pPr>
      <w:r>
        <w:rPr>
          <w:sz w:val="8"/>
        </w:rPr>
      </w:r>
    </w:p>
    <w:tbl>
      <w:tblPr>
        <w:tblW w:type="auto" w:w="0"/>
        <w:jc w:val="left"/>
        <w:tblLayout w:type="fixed"/>
        <w:tblLook w:firstColumn="1" w:firstRow="1" w:lastColumn="0" w:lastRow="0" w:noHBand="0" w:noVBand="1" w:val="04A0"/>
      </w:tblPr>
      <w:tblGrid>
        <w:gridCol w:w="3373"/>
        <w:gridCol w:w="6265"/>
      </w:tblGrid>
      <w:tr>
        <w:trPr>
          <w:trHeight w:val="680" w:hRule="atLeast"/>
        </w:trPr>
        <w:tc>
          <w:tcPr>
            <w:tcW w:type="dxa" w:w="3373"/>
            <w:tcBorders>
              <w:top w:val="nil"/>
              <w:left w:val="nil"/>
              <w:bottom w:val="single" w:sz="6" w:space="0" w:color="9CA3AF"/>
              <w:right w:val="nil"/>
            </w:tcBorders>
          </w:tcPr>
          <w:p>
            <w:pPr>
              <w:spacing w:after="0"/>
            </w:pPr>
            <w:r>
              <w:rPr>
                <w:b w:val="0"/>
                <w:color w:val="6B7280"/>
                <w:sz w:val="16"/>
              </w:rPr>
              <w:t>Ort, Datum</w:t>
            </w:r>
          </w:p>
        </w:tc>
        <w:tc>
          <w:tcPr>
            <w:tcW w:type="dxa" w:w="6265"/>
            <w:tcBorders>
              <w:top w:val="nil"/>
              <w:left w:val="nil"/>
              <w:bottom w:val="single" w:sz="6" w:space="0" w:color="9CA3AF"/>
              <w:right w:val="nil"/>
            </w:tcBorders>
          </w:tcPr>
          <w:p>
            <w:pPr>
              <w:spacing w:after="0"/>
            </w:pPr>
            <w:r>
              <w:rPr>
                <w:b w:val="0"/>
                <w:color w:val="6B7280"/>
                <w:sz w:val="16"/>
              </w:rPr>
              <w:t>Unterschrift Arbeitgeber (Name in Druckbuchstaben, Funktion)</w:t>
            </w:r>
          </w:p>
        </w:tc>
      </w:tr>
    </w:tbl>
    <w:p>
      <w:pPr>
        <w:spacing w:after="0" w:line="80" w:lineRule="exact"/>
      </w:pPr>
      <w:r>
        <w:rPr>
          <w:sz w:val="8"/>
        </w:rPr>
      </w:r>
    </w:p>
    <w:p>
      <w:pPr>
        <w:keepNext/>
        <w:spacing w:before="80"/>
      </w:pPr>
      <w:r>
        <w:rPr>
          <w:b/>
          <w:sz w:val="20"/>
        </w:rPr>
        <w:t>Empfangsbestätigung</w:t>
      </w:r>
    </w:p>
    <w:p>
      <w:r>
        <w:rPr>
          <w:b w:val="0"/>
          <w:sz w:val="18"/>
        </w:rPr>
        <w:t>Ich habe diese Kündigung im Original am ______________ erhalten.</w:t>
      </w:r>
    </w:p>
    <w:tbl>
      <w:tblPr>
        <w:tblW w:type="auto" w:w="0"/>
        <w:jc w:val="left"/>
        <w:tblLayout w:type="fixed"/>
        <w:tblLook w:firstColumn="1" w:firstRow="1" w:lastColumn="0" w:lastRow="0" w:noHBand="0" w:noVBand="1" w:val="04A0"/>
      </w:tblPr>
      <w:tblGrid>
        <w:gridCol w:w="3373"/>
        <w:gridCol w:w="6265"/>
      </w:tblGrid>
      <w:tr>
        <w:trPr>
          <w:trHeight w:val="680" w:hRule="atLeast"/>
        </w:trPr>
        <w:tc>
          <w:tcPr>
            <w:tcW w:type="dxa" w:w="3373"/>
            <w:tcBorders>
              <w:top w:val="nil"/>
              <w:left w:val="nil"/>
              <w:bottom w:val="single" w:sz="6" w:space="0" w:color="9CA3AF"/>
              <w:right w:val="nil"/>
            </w:tcBorders>
          </w:tcPr>
          <w:p>
            <w:pPr>
              <w:spacing w:after="0"/>
            </w:pPr>
            <w:r>
              <w:rPr>
                <w:b w:val="0"/>
                <w:color w:val="6B7280"/>
                <w:sz w:val="16"/>
              </w:rPr>
              <w:t>Ort, Datum</w:t>
            </w:r>
          </w:p>
        </w:tc>
        <w:tc>
          <w:tcPr>
            <w:tcW w:type="dxa" w:w="6265"/>
            <w:tcBorders>
              <w:top w:val="nil"/>
              <w:left w:val="nil"/>
              <w:bottom w:val="single" w:sz="6" w:space="0" w:color="9CA3AF"/>
              <w:right w:val="nil"/>
            </w:tcBorders>
          </w:tcPr>
          <w:p>
            <w:pPr>
              <w:spacing w:after="0"/>
            </w:pPr>
            <w:r>
              <w:rPr>
                <w:b w:val="0"/>
                <w:color w:val="6B7280"/>
                <w:sz w:val="16"/>
              </w:rPr>
              <w:t>Unterschrift Arbeitnehmer/in</w:t>
            </w:r>
          </w:p>
        </w:tc>
      </w:tr>
    </w:tbl>
    <w:p>
      <w:pPr>
        <w:spacing w:after="0" w:line="80" w:lineRule="exact"/>
      </w:pPr>
      <w:r>
        <w:rPr>
          <w:sz w:val="8"/>
        </w:rPr>
      </w:r>
    </w:p>
    <w:tbl>
      <w:tblPr>
        <w:tblW w:type="auto" w:w="0"/>
        <w:jc w:val="left"/>
        <w:tblLayout w:type="fixed"/>
        <w:tblLook w:firstColumn="1" w:firstRow="1" w:lastColumn="0" w:lastRow="0" w:noHBand="0" w:noVBand="1" w:val="04A0"/>
      </w:tblPr>
      <w:tblGrid>
        <w:gridCol w:w="9638"/>
      </w:tblGrid>
      <w:tr>
        <w:trPr>
          <w:trHeight w:val="454" w:hRule="atLeast"/>
        </w:trPr>
        <w:tc>
          <w:tcPr>
            <w:tcW w:type="dxa" w:w="9638"/>
            <w:tcBorders>
              <w:top w:val="nil"/>
              <w:left w:val="nil"/>
              <w:bottom w:val="single" w:sz="6" w:space="0" w:color="9CA3AF"/>
              <w:right w:val="nil"/>
            </w:tcBorders>
          </w:tcPr>
          <w:p>
            <w:pPr>
              <w:spacing w:after="0"/>
            </w:pPr>
            <w:r>
              <w:rPr>
                <w:b w:val="0"/>
                <w:color w:val="6B7280"/>
                <w:sz w:val="16"/>
              </w:rPr>
              <w:t>Bei Verweigerung: Zeuge der Übergabe (Name, Datum, Uhrzeit, Unterschrift)</w:t>
            </w:r>
          </w:p>
        </w:tc>
      </w:tr>
    </w:tbl>
    <w:p>
      <w:pPr>
        <w:spacing w:after="0" w:line="80" w:lineRule="exact"/>
      </w:pPr>
      <w:r>
        <w:rPr>
          <w:sz w:val="8"/>
        </w:rPr>
      </w:r>
    </w:p>
    <w:p>
      <w:r>
        <w:rPr>
          <w:b w:val="0"/>
          <w:color w:val="6B7280"/>
          <w:sz w:val="16"/>
        </w:rPr>
        <w:t>Muster ohne Gewähr, ersetzt keine Rechtsberatung. Nur mit Originalunterschrift auf Papier, nicht per E-Mail, Messenger oder Fax (§ 623 BGB). Frist des Arbeitgebers: vier Wochen zum 15. oder zum Monatsende, ab zwei Jahren Betriebszugehörigkeit ein Monat zum Monatsende, gestaffelt bis sieben Monate ab 20 Jahren (§ 622 Abs. 2 BGB). Fristlos nur innerhalb von zwei Wochen ab Kenntnis des Grundes (§ 626 Abs. 2 BGB). Kündigt ein Bevollmächtigter, Originalvollmacht beilegen (§ 174 BGB). Sonderkündigungsschutz: Schwangerschaft (§ 17 MuSchG), Schwerbehinderung (§ 168 SGB IX), Elternzeit (§ 18 BEEG); Betriebsrat vorher anhören (§ 102 BetrVG). Klagefrist drei Wochen ab Zugang (§ 4 KSchG).</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color w:val="6B7280"/>
        <w:sz w:val="14"/>
      </w:rPr>
      <w:t>Vorlage von Kontevia, kontevia.de, Stand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Kündigung Arbeitgeber Vorlage 2026</dc:title>
  <dc:subject/>
  <dc:creator>Kontevia</dc:creator>
  <cp:keywords/>
  <dc:description>generated by python-docx</dc:description>
  <cp:lastModifiedBy>Kontevia</cp:lastModifiedBy>
  <cp:revision>1</cp:revision>
  <dcterms:created xsi:type="dcterms:W3CDTF">2026-01-01T00:00:00Z</dcterms:created>
  <dcterms:modified xsi:type="dcterms:W3CDTF">2026-01-01T00:00:00Z</dcterms:modified>
  <cp:category/>
</cp:coreProperties>
</file>