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Arbeitszeugnis</w:t>
      </w:r>
    </w:p>
    <w:p>
      <w:r>
        <w:rPr>
          <w:b w:val="0"/>
          <w:color w:val="6B7280"/>
          <w:sz w:val="20"/>
        </w:rPr>
        <w:t>Qualifiziertes Zeugnis nach § 109 GewO mit Textbausteinen, Muster für kleine Betriebe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Briefkopf Arbeitgeber (Name, Anschrift)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sz w:val="18"/>
        </w:rPr>
        <w:t>Frau/Herr ______________________, geboren am ______________, war vom ______________ bis zum ______________ in unserem Betrieb als ______________________ beschäftigt.</w:t>
      </w:r>
    </w:p>
    <w:p>
      <w:pPr>
        <w:keepNext/>
        <w:spacing w:before="80"/>
      </w:pPr>
      <w:r>
        <w:rPr>
          <w:b/>
          <w:sz w:val="20"/>
        </w:rPr>
        <w:t>Unternehmen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Kurze Beschreibung des Betriebs (zum Beispiel Restaurant mit 80 Plätzen, Hotel mit 30 Zimmern)</w:t>
            </w:r>
          </w:p>
        </w:tc>
      </w:tr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keepNext/>
        <w:spacing w:before="80"/>
      </w:pPr>
      <w:r>
        <w:rPr>
          <w:b/>
          <w:sz w:val="20"/>
        </w:rPr>
        <w:t>Aufgaben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Wesentliche Aufgaben, Verantwortung, Sonderaufgaben</w:t>
            </w:r>
          </w:p>
        </w:tc>
      </w:tr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</w:tr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</w:tr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keepNext/>
        <w:spacing w:before="80"/>
      </w:pPr>
      <w:r>
        <w:rPr>
          <w:b/>
          <w:sz w:val="20"/>
        </w:rPr>
        <w:t>Leistung (Bausteine für das Gesamturteil)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35"/>
        <w:gridCol w:w="7903"/>
      </w:tblGrid>
      <w:tr>
        <w:trPr>
          <w:trHeight w:val="397" w:hRule="atLeast"/>
        </w:trPr>
        <w:tc>
          <w:tcPr>
            <w:tcW w:type="dxa" w:w="1735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Note</w:t>
            </w:r>
          </w:p>
        </w:tc>
        <w:tc>
          <w:tcPr>
            <w:tcW w:type="dxa" w:w="7903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Übliche Formulierung</w:t>
            </w:r>
          </w:p>
        </w:tc>
      </w:tr>
      <w:tr>
        <w:trPr>
          <w:trHeight w:val="397" w:hRule="atLeast"/>
        </w:trPr>
        <w:tc>
          <w:tcPr>
            <w:tcW w:type="dxa" w:w="1735"/>
          </w:tcPr>
          <w:p>
            <w:pPr>
              <w:spacing w:after="0"/>
            </w:pPr>
            <w:r>
              <w:rPr>
                <w:b w:val="0"/>
                <w:sz w:val="18"/>
              </w:rPr>
              <w:t>sehr gut</w:t>
            </w:r>
          </w:p>
        </w:tc>
        <w:tc>
          <w:tcPr>
            <w:tcW w:type="dxa" w:w="7903"/>
          </w:tcPr>
          <w:p>
            <w:pPr>
              <w:spacing w:after="0"/>
            </w:pPr>
            <w:r>
              <w:rPr>
                <w:b w:val="0"/>
                <w:sz w:val="18"/>
              </w:rPr>
              <w:t>hat die Aufgaben stets zu unserer vollsten Zufriedenheit erledigt</w:t>
            </w:r>
          </w:p>
        </w:tc>
      </w:tr>
      <w:tr>
        <w:trPr>
          <w:trHeight w:val="397" w:hRule="atLeast"/>
        </w:trPr>
        <w:tc>
          <w:tcPr>
            <w:tcW w:type="dxa" w:w="1735"/>
          </w:tcPr>
          <w:p>
            <w:pPr>
              <w:spacing w:after="0"/>
            </w:pPr>
            <w:r>
              <w:rPr>
                <w:b w:val="0"/>
                <w:sz w:val="18"/>
              </w:rPr>
              <w:t>gut</w:t>
            </w:r>
          </w:p>
        </w:tc>
        <w:tc>
          <w:tcPr>
            <w:tcW w:type="dxa" w:w="7903"/>
          </w:tcPr>
          <w:p>
            <w:pPr>
              <w:spacing w:after="0"/>
            </w:pPr>
            <w:r>
              <w:rPr>
                <w:b w:val="0"/>
                <w:sz w:val="18"/>
              </w:rPr>
              <w:t>hat die Aufgaben stets zu unserer vollen Zufriedenheit erledigt</w:t>
            </w:r>
          </w:p>
        </w:tc>
      </w:tr>
      <w:tr>
        <w:trPr>
          <w:trHeight w:val="397" w:hRule="atLeast"/>
        </w:trPr>
        <w:tc>
          <w:tcPr>
            <w:tcW w:type="dxa" w:w="1735"/>
          </w:tcPr>
          <w:p>
            <w:pPr>
              <w:spacing w:after="0"/>
            </w:pPr>
            <w:r>
              <w:rPr>
                <w:b w:val="0"/>
                <w:sz w:val="18"/>
              </w:rPr>
              <w:t>befriedigend</w:t>
            </w:r>
          </w:p>
        </w:tc>
        <w:tc>
          <w:tcPr>
            <w:tcW w:type="dxa" w:w="7903"/>
          </w:tcPr>
          <w:p>
            <w:pPr>
              <w:spacing w:after="0"/>
            </w:pPr>
            <w:r>
              <w:rPr>
                <w:b w:val="0"/>
                <w:sz w:val="18"/>
              </w:rPr>
              <w:t>hat die Aufgaben zu unserer vollen Zufriedenheit erledigt</w:t>
            </w:r>
          </w:p>
        </w:tc>
      </w:tr>
      <w:tr>
        <w:trPr>
          <w:trHeight w:val="397" w:hRule="atLeast"/>
        </w:trPr>
        <w:tc>
          <w:tcPr>
            <w:tcW w:type="dxa" w:w="1735"/>
          </w:tcPr>
          <w:p>
            <w:pPr>
              <w:spacing w:after="0"/>
            </w:pPr>
            <w:r>
              <w:rPr>
                <w:b w:val="0"/>
                <w:sz w:val="18"/>
              </w:rPr>
              <w:t>ausreichend</w:t>
            </w:r>
          </w:p>
        </w:tc>
        <w:tc>
          <w:tcPr>
            <w:tcW w:type="dxa" w:w="7903"/>
          </w:tcPr>
          <w:p>
            <w:pPr>
              <w:spacing w:after="0"/>
            </w:pPr>
            <w:r>
              <w:rPr>
                <w:b w:val="0"/>
                <w:sz w:val="18"/>
              </w:rPr>
              <w:t>hat die Aufgaben zu unserer Zufriedenheit erledigt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Fachwissen, Arbeitsweise, Belastbarkeit, Umgang mit Gästen und Kunden</w:t>
            </w:r>
          </w:p>
        </w:tc>
      </w:tr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</w:tr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keepNext/>
        <w:spacing w:before="80"/>
      </w:pPr>
      <w:r>
        <w:rPr>
          <w:b/>
          <w:sz w:val="20"/>
        </w:rPr>
        <w:t>Verhalten</w:t>
      </w:r>
    </w:p>
    <w:p>
      <w:pPr>
        <w:spacing w:after="80"/>
      </w:pPr>
      <w:r>
        <w:rPr>
          <w:b w:val="0"/>
          <w:sz w:val="18"/>
        </w:rPr>
        <w:t>[    ] Ihr/Sein Verhalten gegenüber Vorgesetzten, Kollegen und Gästen war stets vorbildlich.</w:t>
      </w:r>
    </w:p>
    <w:p>
      <w:pPr>
        <w:spacing w:after="80"/>
      </w:pPr>
      <w:r>
        <w:rPr>
          <w:b w:val="0"/>
          <w:sz w:val="18"/>
        </w:rPr>
        <w:t>[    ] Ihr/Sein Verhalten gegenüber Vorgesetzten, Kollegen und Gästen war stets einwandfrei.</w:t>
      </w:r>
    </w:p>
    <w:p>
      <w:pPr>
        <w:spacing w:after="80"/>
      </w:pPr>
      <w:r>
        <w:rPr>
          <w:b w:val="0"/>
          <w:sz w:val="18"/>
        </w:rPr>
        <w:t>[    ] Ihr/Sein Verhalten gegenüber Vorgesetzten, Kollegen und Gästen war einwandfrei.</w:t>
      </w:r>
    </w:p>
    <w:p>
      <w:pPr>
        <w:keepNext/>
        <w:spacing w:before="80"/>
      </w:pPr>
      <w:r>
        <w:rPr>
          <w:b/>
          <w:sz w:val="20"/>
        </w:rPr>
        <w:t>Beendigung</w:t>
      </w:r>
    </w:p>
    <w:p>
      <w:pPr>
        <w:spacing w:after="80"/>
      </w:pPr>
      <w:r>
        <w:rPr>
          <w:b w:val="0"/>
          <w:sz w:val="18"/>
        </w:rPr>
        <w:t>[    ] Das Arbeitsverhältnis endet auf eigenen Wunsch.</w:t>
      </w:r>
    </w:p>
    <w:p>
      <w:pPr>
        <w:spacing w:after="80"/>
      </w:pPr>
      <w:r>
        <w:rPr>
          <w:b w:val="0"/>
          <w:sz w:val="18"/>
        </w:rPr>
        <w:t>[    ] Das Arbeitsverhältnis endet im gegenseitigen Einvernehmen.</w:t>
      </w:r>
    </w:p>
    <w:p>
      <w:pPr>
        <w:spacing w:after="80"/>
      </w:pPr>
      <w:r>
        <w:rPr>
          <w:b w:val="0"/>
          <w:sz w:val="18"/>
        </w:rPr>
        <w:t>[    ] Das Arbeitsverhältnis endet mit Ablauf der Befristung.</w:t>
      </w:r>
    </w:p>
    <w:p>
      <w:r>
        <w:rPr>
          <w:b w:val="0"/>
          <w:sz w:val="18"/>
        </w:rPr>
        <w:t>Wir bedanken uns für die Mitarbeit, bedauern das Ausscheiden und wünschen für die Zukunft alles Gute und weiterhin viel Erfolg.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373"/>
        <w:gridCol w:w="6265"/>
      </w:tblGrid>
      <w:tr>
        <w:trPr>
          <w:trHeight w:val="680" w:hRule="atLeast"/>
        </w:trPr>
        <w:tc>
          <w:tcPr>
            <w:tcW w:type="dxa" w:w="337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Ort, Datum (letzter Arbeitstag)</w:t>
            </w:r>
          </w:p>
        </w:tc>
        <w:tc>
          <w:tcPr>
            <w:tcW w:type="dxa" w:w="626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Unterschrift, Name, Funktion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color w:val="6B7280"/>
          <w:sz w:val="16"/>
        </w:rPr>
        <w:t>Einfaches Zeugnis: nur Art und Dauer der Tätigkeit. Qualifiziertes Zeugnis auf Verlangen mit Leistung und Verhalten (§ 109 Abs. 1 GewO). Klar und verständlich, ohne versteckte Botschaften (§ 109 Abs. 2 GewO). Elektronisch nur mit Einwilligung (§ 109 Abs. 3 GewO), sonst auf Papier mit Unterschrift. Befriedigend gilt als durchschnittlich; eine bessere Note muss der Arbeitnehmer begründen (BAG, 9 AZR 584/13).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color w:val="6B7280"/>
        <w:sz w:val="14"/>
      </w:rPr>
      <w:t>Vorlage von Kontevia, kontevia.de, Stand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Arbeitszeugnis Vorlage 2026</dc:title>
  <dc:subject/>
  <dc:creator>Kontevia</dc:creator>
  <cp:keywords/>
  <dc:description>generated by python-docx</dc:description>
  <cp:lastModifiedBy>Kontevia</cp:lastModifiedBy>
  <cp:revision>1</cp:revision>
  <dcterms:created xsi:type="dcterms:W3CDTF">2026-01-01T00:00:00Z</dcterms:created>
  <dcterms:modified xsi:type="dcterms:W3CDTF">2026-01-01T00:00:00Z</dcterms:modified>
  <cp:category/>
</cp:coreProperties>
</file>